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10282"/>
      </w:tblGrid>
      <w:tr w:rsidR="0074598F" w14:paraId="6393B3E3" w14:textId="77777777">
        <w:trPr>
          <w:jc w:val="center"/>
        </w:trPr>
        <w:tc>
          <w:tcPr>
            <w:tcW w:w="10282" w:type="dxa"/>
            <w:shd w:val="clear" w:color="auto" w:fill="17365D"/>
            <w:tcMar>
              <w:top w:w="220" w:type="dxa"/>
              <w:left w:w="250" w:type="dxa"/>
              <w:bottom w:w="220" w:type="dxa"/>
              <w:right w:w="250" w:type="dxa"/>
            </w:tcMar>
          </w:tcPr>
          <w:p w14:paraId="138E3413" w14:textId="2EBC905C" w:rsidR="0074598F" w:rsidRDefault="00E75B7B" w:rsidP="00E75B7B">
            <w:pPr>
              <w:jc w:val="right"/>
              <w:rPr>
                <w:rFonts w:hint="eastAsia"/>
              </w:rPr>
            </w:pPr>
            <w:r>
              <w:rPr>
                <w:noProof/>
              </w:rPr>
              <w:drawing>
                <wp:anchor distT="0" distB="0" distL="114300" distR="114300" simplePos="0" relativeHeight="251658240" behindDoc="0" locked="0" layoutInCell="1" allowOverlap="1" wp14:anchorId="188A307F" wp14:editId="6426C469">
                  <wp:simplePos x="0" y="0"/>
                  <wp:positionH relativeFrom="column">
                    <wp:posOffset>-88265</wp:posOffset>
                  </wp:positionH>
                  <wp:positionV relativeFrom="paragraph">
                    <wp:posOffset>17780</wp:posOffset>
                  </wp:positionV>
                  <wp:extent cx="2475107" cy="603250"/>
                  <wp:effectExtent l="0" t="0" r="190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2479281" cy="604267"/>
                          </a:xfrm>
                          <a:prstGeom prst="rect">
                            <a:avLst/>
                          </a:prstGeom>
                        </pic:spPr>
                      </pic:pic>
                    </a:graphicData>
                  </a:graphic>
                  <wp14:sizeRelH relativeFrom="margin">
                    <wp14:pctWidth>0</wp14:pctWidth>
                  </wp14:sizeRelH>
                  <wp14:sizeRelV relativeFrom="margin">
                    <wp14:pctHeight>0</wp14:pctHeight>
                  </wp14:sizeRelV>
                </wp:anchor>
              </w:drawing>
            </w:r>
            <w:r w:rsidR="00015922">
              <w:rPr>
                <w:rFonts w:ascii="Aptos Display" w:hAnsi="Aptos Display"/>
                <w:b/>
                <w:color w:val="FFFFFF"/>
                <w:sz w:val="58"/>
              </w:rPr>
              <w:t>NAMDET AWARDS 2026</w:t>
            </w:r>
          </w:p>
          <w:p w14:paraId="51707DB7" w14:textId="77777777" w:rsidR="0074598F" w:rsidRDefault="00015922" w:rsidP="00E75B7B">
            <w:pPr>
              <w:jc w:val="right"/>
              <w:rPr>
                <w:rFonts w:hint="eastAsia"/>
              </w:rPr>
            </w:pPr>
            <w:r>
              <w:rPr>
                <w:b/>
                <w:color w:val="83D6D9"/>
                <w:sz w:val="28"/>
              </w:rPr>
              <w:t>OFFICIAL NOMINATION FORM</w:t>
            </w:r>
          </w:p>
        </w:tc>
      </w:tr>
    </w:tbl>
    <w:p w14:paraId="34690693" w14:textId="77777777" w:rsidR="0074598F" w:rsidRDefault="00015922">
      <w:pPr>
        <w:spacing w:before="200" w:after="160"/>
        <w:jc w:val="center"/>
        <w:rPr>
          <w:rFonts w:hint="eastAsia"/>
        </w:rPr>
      </w:pPr>
      <w:r>
        <w:rPr>
          <w:b/>
          <w:color w:val="17365D"/>
          <w:sz w:val="30"/>
        </w:rPr>
        <w:t>Networking Dinner and Awards Night</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427"/>
        <w:gridCol w:w="3427"/>
        <w:gridCol w:w="3427"/>
      </w:tblGrid>
      <w:tr w:rsidR="0074598F" w14:paraId="3DEF6D36" w14:textId="77777777">
        <w:trPr>
          <w:jc w:val="center"/>
        </w:trPr>
        <w:tc>
          <w:tcPr>
            <w:tcW w:w="3427" w:type="dxa"/>
            <w:shd w:val="clear" w:color="auto" w:fill="008C95"/>
            <w:tcMar>
              <w:top w:w="120" w:type="dxa"/>
              <w:left w:w="140" w:type="dxa"/>
              <w:bottom w:w="120" w:type="dxa"/>
              <w:right w:w="140" w:type="dxa"/>
            </w:tcMar>
            <w:vAlign w:val="center"/>
          </w:tcPr>
          <w:p w14:paraId="3C2DF996" w14:textId="77777777" w:rsidR="0074598F" w:rsidRPr="00B71334" w:rsidRDefault="00015922">
            <w:pPr>
              <w:spacing w:after="0"/>
              <w:jc w:val="center"/>
              <w:rPr>
                <w:rFonts w:hint="eastAsia"/>
                <w:szCs w:val="28"/>
              </w:rPr>
            </w:pPr>
            <w:r w:rsidRPr="00B71334">
              <w:rPr>
                <w:b/>
                <w:color w:val="FFFFFF"/>
                <w:szCs w:val="28"/>
              </w:rPr>
              <w:t>DATE</w:t>
            </w:r>
          </w:p>
        </w:tc>
        <w:tc>
          <w:tcPr>
            <w:tcW w:w="3427" w:type="dxa"/>
            <w:shd w:val="clear" w:color="auto" w:fill="008C95"/>
            <w:tcMar>
              <w:top w:w="120" w:type="dxa"/>
              <w:left w:w="140" w:type="dxa"/>
              <w:bottom w:w="120" w:type="dxa"/>
              <w:right w:w="140" w:type="dxa"/>
            </w:tcMar>
            <w:vAlign w:val="center"/>
          </w:tcPr>
          <w:p w14:paraId="4ACCD492" w14:textId="77777777" w:rsidR="0074598F" w:rsidRPr="00B71334" w:rsidRDefault="00015922">
            <w:pPr>
              <w:spacing w:after="0"/>
              <w:jc w:val="center"/>
              <w:rPr>
                <w:rFonts w:hint="eastAsia"/>
                <w:szCs w:val="28"/>
              </w:rPr>
            </w:pPr>
            <w:r w:rsidRPr="00B71334">
              <w:rPr>
                <w:b/>
                <w:color w:val="FFFFFF"/>
                <w:szCs w:val="28"/>
              </w:rPr>
              <w:t>LOCATION</w:t>
            </w:r>
          </w:p>
        </w:tc>
        <w:tc>
          <w:tcPr>
            <w:tcW w:w="3427" w:type="dxa"/>
            <w:shd w:val="clear" w:color="auto" w:fill="008C95"/>
            <w:tcMar>
              <w:top w:w="120" w:type="dxa"/>
              <w:left w:w="140" w:type="dxa"/>
              <w:bottom w:w="120" w:type="dxa"/>
              <w:right w:w="140" w:type="dxa"/>
            </w:tcMar>
            <w:vAlign w:val="center"/>
          </w:tcPr>
          <w:p w14:paraId="2F03C027" w14:textId="77777777" w:rsidR="0074598F" w:rsidRPr="00B71334" w:rsidRDefault="00015922">
            <w:pPr>
              <w:spacing w:after="0"/>
              <w:jc w:val="center"/>
              <w:rPr>
                <w:rFonts w:hint="eastAsia"/>
                <w:szCs w:val="28"/>
              </w:rPr>
            </w:pPr>
            <w:r w:rsidRPr="00B71334">
              <w:rPr>
                <w:b/>
                <w:color w:val="FFFFFF"/>
                <w:szCs w:val="28"/>
              </w:rPr>
              <w:t>CLOSING DATE</w:t>
            </w:r>
          </w:p>
        </w:tc>
      </w:tr>
      <w:tr w:rsidR="0074598F" w14:paraId="50B958B7" w14:textId="77777777">
        <w:trPr>
          <w:jc w:val="center"/>
        </w:trPr>
        <w:tc>
          <w:tcPr>
            <w:tcW w:w="3427" w:type="dxa"/>
            <w:shd w:val="clear" w:color="auto" w:fill="EAF4F5"/>
            <w:tcMar>
              <w:top w:w="120" w:type="dxa"/>
              <w:left w:w="140" w:type="dxa"/>
              <w:bottom w:w="120" w:type="dxa"/>
              <w:right w:w="140" w:type="dxa"/>
            </w:tcMar>
            <w:vAlign w:val="center"/>
          </w:tcPr>
          <w:p w14:paraId="253D90AD" w14:textId="77777777" w:rsidR="0074598F" w:rsidRPr="008E18FA" w:rsidRDefault="00015922">
            <w:pPr>
              <w:spacing w:after="0"/>
              <w:jc w:val="center"/>
              <w:rPr>
                <w:rFonts w:hint="eastAsia"/>
                <w:szCs w:val="24"/>
              </w:rPr>
            </w:pPr>
            <w:r w:rsidRPr="008E18FA">
              <w:rPr>
                <w:b/>
                <w:color w:val="17365D"/>
                <w:szCs w:val="24"/>
              </w:rPr>
              <w:t>11 November 2026</w:t>
            </w:r>
          </w:p>
        </w:tc>
        <w:tc>
          <w:tcPr>
            <w:tcW w:w="3427" w:type="dxa"/>
            <w:shd w:val="clear" w:color="auto" w:fill="EAF4F5"/>
            <w:tcMar>
              <w:top w:w="120" w:type="dxa"/>
              <w:left w:w="140" w:type="dxa"/>
              <w:bottom w:w="120" w:type="dxa"/>
              <w:right w:w="140" w:type="dxa"/>
            </w:tcMar>
            <w:vAlign w:val="center"/>
          </w:tcPr>
          <w:p w14:paraId="45E41171" w14:textId="3A8CAC78" w:rsidR="0074598F" w:rsidRPr="008E18FA" w:rsidRDefault="00FB624C">
            <w:pPr>
              <w:spacing w:after="0"/>
              <w:jc w:val="center"/>
              <w:rPr>
                <w:rFonts w:hint="eastAsia"/>
                <w:szCs w:val="24"/>
              </w:rPr>
            </w:pPr>
            <w:r w:rsidRPr="008E18FA">
              <w:rPr>
                <w:b/>
                <w:color w:val="17365D"/>
                <w:szCs w:val="24"/>
              </w:rPr>
              <w:t>C</w:t>
            </w:r>
            <w:r w:rsidR="0049660B" w:rsidRPr="008E18FA">
              <w:rPr>
                <w:b/>
                <w:color w:val="17365D"/>
                <w:szCs w:val="24"/>
              </w:rPr>
              <w:t xml:space="preserve">ounty </w:t>
            </w:r>
            <w:r w:rsidRPr="008E18FA">
              <w:rPr>
                <w:b/>
                <w:color w:val="17365D"/>
                <w:szCs w:val="24"/>
              </w:rPr>
              <w:t xml:space="preserve">Hotel, </w:t>
            </w:r>
            <w:r w:rsidR="00015922" w:rsidRPr="008E18FA">
              <w:rPr>
                <w:b/>
                <w:color w:val="17365D"/>
                <w:szCs w:val="24"/>
              </w:rPr>
              <w:t>Newcastle upon Tyne</w:t>
            </w:r>
          </w:p>
        </w:tc>
        <w:tc>
          <w:tcPr>
            <w:tcW w:w="3427" w:type="dxa"/>
            <w:shd w:val="clear" w:color="auto" w:fill="EAF4F5"/>
            <w:tcMar>
              <w:top w:w="120" w:type="dxa"/>
              <w:left w:w="140" w:type="dxa"/>
              <w:bottom w:w="120" w:type="dxa"/>
              <w:right w:w="140" w:type="dxa"/>
            </w:tcMar>
            <w:vAlign w:val="center"/>
          </w:tcPr>
          <w:p w14:paraId="597DF8A9" w14:textId="77777777" w:rsidR="0074598F" w:rsidRPr="008E18FA" w:rsidRDefault="00015922">
            <w:pPr>
              <w:spacing w:after="0"/>
              <w:jc w:val="center"/>
              <w:rPr>
                <w:rFonts w:hint="eastAsia"/>
                <w:szCs w:val="24"/>
              </w:rPr>
            </w:pPr>
            <w:r w:rsidRPr="008E18FA">
              <w:rPr>
                <w:b/>
                <w:color w:val="17365D"/>
                <w:szCs w:val="24"/>
              </w:rPr>
              <w:t>Friday 2 October 2026, 5.00pm</w:t>
            </w:r>
          </w:p>
        </w:tc>
      </w:tr>
    </w:tbl>
    <w:p w14:paraId="718D3ED7" w14:textId="77777777" w:rsidR="0074598F" w:rsidRDefault="00015922" w:rsidP="00C23C29">
      <w:pPr>
        <w:spacing w:after="0"/>
        <w:rPr>
          <w:rFonts w:hint="eastAsia"/>
        </w:rPr>
      </w:pPr>
      <w:r>
        <w:rPr>
          <w:b/>
          <w:color w:val="17365D"/>
          <w:sz w:val="24"/>
        </w:rPr>
        <w:t>How to use this form</w:t>
      </w:r>
    </w:p>
    <w:p w14:paraId="52B0C08E" w14:textId="12DED0AA" w:rsidR="0074598F" w:rsidRDefault="00015922" w:rsidP="00C23C29">
      <w:pPr>
        <w:pStyle w:val="ListBullet"/>
        <w:spacing w:after="0"/>
        <w:rPr>
          <w:rFonts w:hint="eastAsia"/>
        </w:rPr>
      </w:pPr>
      <w:r>
        <w:t xml:space="preserve">Complete all mandatory </w:t>
      </w:r>
      <w:r w:rsidR="00801506">
        <w:t xml:space="preserve">(*) </w:t>
      </w:r>
      <w:r>
        <w:t>fields and select one award category.</w:t>
      </w:r>
    </w:p>
    <w:p w14:paraId="61D7EA91" w14:textId="77777777" w:rsidR="0074598F" w:rsidRDefault="00015922" w:rsidP="00C23C29">
      <w:pPr>
        <w:pStyle w:val="ListBullet"/>
        <w:spacing w:after="0"/>
        <w:rPr>
          <w:rFonts w:hint="eastAsia"/>
        </w:rPr>
      </w:pPr>
      <w:r>
        <w:t>Self-nominations are permitted.</w:t>
      </w:r>
    </w:p>
    <w:p w14:paraId="334E947E" w14:textId="77777777" w:rsidR="0074598F" w:rsidRDefault="00015922" w:rsidP="00C23C29">
      <w:pPr>
        <w:pStyle w:val="ListBullet"/>
        <w:spacing w:after="0"/>
        <w:rPr>
          <w:rFonts w:hint="eastAsia"/>
        </w:rPr>
      </w:pPr>
      <w:r>
        <w:t>Use clear examples and evidence of impact. Supporting evidence may be attached.</w:t>
      </w:r>
    </w:p>
    <w:p w14:paraId="68A37B1D" w14:textId="77777777" w:rsidR="0074598F" w:rsidRDefault="00015922" w:rsidP="00C23C29">
      <w:pPr>
        <w:pStyle w:val="ListBullet"/>
        <w:spacing w:after="0"/>
        <w:rPr>
          <w:rFonts w:hint="eastAsia"/>
        </w:rPr>
      </w:pPr>
      <w:r>
        <w:t>Submit the completed form by the closing date shown above.</w:t>
      </w:r>
    </w:p>
    <w:p w14:paraId="62B70377" w14:textId="77777777" w:rsidR="0074598F" w:rsidRDefault="00015922">
      <w:pPr>
        <w:pStyle w:val="SectionHeading"/>
        <w:rPr>
          <w:rFonts w:hint="eastAsia"/>
        </w:rPr>
      </w:pPr>
      <w:r>
        <w:t>1  Award category</w:t>
      </w:r>
    </w:p>
    <w:p w14:paraId="220CD6B5" w14:textId="71C9640E" w:rsidR="0074598F" w:rsidRDefault="00015922">
      <w:pPr>
        <w:pStyle w:val="SmallNote"/>
        <w:rPr>
          <w:rFonts w:hint="eastAsia"/>
        </w:rPr>
      </w:pPr>
      <w:r>
        <w:t>Tick one category only</w:t>
      </w:r>
      <w:r w:rsidR="00EE45C1">
        <w:t>*</w:t>
      </w:r>
    </w:p>
    <w:tbl>
      <w:tblPr>
        <w:tblW w:w="10282" w:type="dxa"/>
        <w:jc w:val="center"/>
        <w:tblBorders>
          <w:top w:val="single" w:sz="5" w:space="0" w:color="D8E0E5"/>
          <w:left w:val="single" w:sz="5" w:space="0" w:color="D8E0E5"/>
          <w:bottom w:val="single" w:sz="5" w:space="0" w:color="D8E0E5"/>
          <w:right w:val="single" w:sz="5" w:space="0" w:color="D8E0E5"/>
          <w:insideH w:val="single" w:sz="5" w:space="0" w:color="D8E0E5"/>
          <w:insideV w:val="single" w:sz="5" w:space="0" w:color="D8E0E5"/>
        </w:tblBorders>
        <w:tblLayout w:type="fixed"/>
        <w:tblLook w:val="04A0" w:firstRow="1" w:lastRow="0" w:firstColumn="1" w:lastColumn="0" w:noHBand="0" w:noVBand="1"/>
      </w:tblPr>
      <w:tblGrid>
        <w:gridCol w:w="1837"/>
        <w:gridCol w:w="8445"/>
      </w:tblGrid>
      <w:tr w:rsidR="0074598F" w14:paraId="4B2E054F" w14:textId="77777777" w:rsidTr="00EC447C">
        <w:trPr>
          <w:trHeight w:val="951"/>
          <w:jc w:val="center"/>
        </w:trPr>
        <w:tc>
          <w:tcPr>
            <w:tcW w:w="1837" w:type="dxa"/>
            <w:tcMar>
              <w:top w:w="120" w:type="dxa"/>
              <w:left w:w="140" w:type="dxa"/>
              <w:bottom w:w="120" w:type="dxa"/>
              <w:right w:w="140" w:type="dxa"/>
            </w:tcMar>
            <w:vAlign w:val="center"/>
          </w:tcPr>
          <w:p w14:paraId="61959580" w14:textId="77777777" w:rsidR="0074598F" w:rsidRDefault="00015922">
            <w:pPr>
              <w:spacing w:after="0"/>
              <w:jc w:val="center"/>
              <w:rPr>
                <w:rFonts w:hint="eastAsia"/>
              </w:rPr>
            </w:pPr>
            <w:r>
              <w:rPr>
                <w:b/>
                <w:color w:val="008C95"/>
                <w:sz w:val="32"/>
              </w:rPr>
              <w:t>☐</w:t>
            </w:r>
          </w:p>
        </w:tc>
        <w:tc>
          <w:tcPr>
            <w:tcW w:w="8445" w:type="dxa"/>
            <w:shd w:val="clear" w:color="auto" w:fill="F2F4F7"/>
            <w:tcMar>
              <w:top w:w="120" w:type="dxa"/>
              <w:left w:w="140" w:type="dxa"/>
              <w:bottom w:w="120" w:type="dxa"/>
              <w:right w:w="140" w:type="dxa"/>
            </w:tcMar>
            <w:vAlign w:val="center"/>
          </w:tcPr>
          <w:p w14:paraId="42952EBC" w14:textId="77777777" w:rsidR="0074598F" w:rsidRDefault="00015922">
            <w:pPr>
              <w:spacing w:after="0"/>
              <w:rPr>
                <w:rFonts w:hint="eastAsia"/>
              </w:rPr>
            </w:pPr>
            <w:r>
              <w:rPr>
                <w:b/>
                <w:color w:val="17365D"/>
                <w:sz w:val="21"/>
              </w:rPr>
              <w:t>Learner of the Year Award</w:t>
            </w:r>
          </w:p>
          <w:p w14:paraId="702EB6F7" w14:textId="77777777" w:rsidR="0074598F" w:rsidRPr="00EC447C" w:rsidRDefault="00015922">
            <w:pPr>
              <w:pStyle w:val="SmallNote"/>
              <w:rPr>
                <w:rFonts w:hint="eastAsia"/>
                <w:sz w:val="20"/>
                <w:szCs w:val="20"/>
              </w:rPr>
            </w:pPr>
            <w:r w:rsidRPr="00EC447C">
              <w:rPr>
                <w:sz w:val="20"/>
                <w:szCs w:val="20"/>
              </w:rPr>
              <w:t>Recognises an individual who has shown exceptional commitment to learning, professional development and applying knowledge to improve healthcare practice.</w:t>
            </w:r>
          </w:p>
        </w:tc>
      </w:tr>
    </w:tbl>
    <w:p w14:paraId="3F8E90F9" w14:textId="77777777" w:rsidR="0074598F" w:rsidRDefault="0074598F">
      <w:pPr>
        <w:spacing w:after="20"/>
        <w:rPr>
          <w:rFonts w:hint="eastAsia"/>
        </w:rPr>
      </w:pPr>
    </w:p>
    <w:tbl>
      <w:tblPr>
        <w:tblW w:w="10282" w:type="dxa"/>
        <w:jc w:val="center"/>
        <w:tblBorders>
          <w:top w:val="single" w:sz="5" w:space="0" w:color="D8E0E5"/>
          <w:left w:val="single" w:sz="5" w:space="0" w:color="D8E0E5"/>
          <w:bottom w:val="single" w:sz="5" w:space="0" w:color="D8E0E5"/>
          <w:right w:val="single" w:sz="5" w:space="0" w:color="D8E0E5"/>
          <w:insideH w:val="single" w:sz="5" w:space="0" w:color="D8E0E5"/>
          <w:insideV w:val="single" w:sz="5" w:space="0" w:color="D8E0E5"/>
        </w:tblBorders>
        <w:tblLayout w:type="fixed"/>
        <w:tblLook w:val="04A0" w:firstRow="1" w:lastRow="0" w:firstColumn="1" w:lastColumn="0" w:noHBand="0" w:noVBand="1"/>
      </w:tblPr>
      <w:tblGrid>
        <w:gridCol w:w="1837"/>
        <w:gridCol w:w="8445"/>
      </w:tblGrid>
      <w:tr w:rsidR="00760AF2" w14:paraId="56099C72" w14:textId="77777777" w:rsidTr="00EC447C">
        <w:trPr>
          <w:jc w:val="center"/>
        </w:trPr>
        <w:tc>
          <w:tcPr>
            <w:tcW w:w="1837" w:type="dxa"/>
            <w:tcMar>
              <w:top w:w="120" w:type="dxa"/>
              <w:left w:w="140" w:type="dxa"/>
              <w:bottom w:w="120" w:type="dxa"/>
              <w:right w:w="140" w:type="dxa"/>
            </w:tcMar>
            <w:vAlign w:val="center"/>
          </w:tcPr>
          <w:p w14:paraId="327687B8" w14:textId="77777777" w:rsidR="00760AF2" w:rsidRDefault="00760AF2" w:rsidP="00474ABD">
            <w:pPr>
              <w:spacing w:after="0"/>
              <w:jc w:val="center"/>
              <w:rPr>
                <w:rFonts w:hint="eastAsia"/>
              </w:rPr>
            </w:pPr>
            <w:r>
              <w:rPr>
                <w:b/>
                <w:color w:val="008C95"/>
                <w:sz w:val="32"/>
              </w:rPr>
              <w:t>☐</w:t>
            </w:r>
          </w:p>
        </w:tc>
        <w:tc>
          <w:tcPr>
            <w:tcW w:w="8445" w:type="dxa"/>
            <w:shd w:val="clear" w:color="auto" w:fill="F2F4F7"/>
            <w:tcMar>
              <w:top w:w="120" w:type="dxa"/>
              <w:left w:w="140" w:type="dxa"/>
              <w:bottom w:w="120" w:type="dxa"/>
              <w:right w:w="140" w:type="dxa"/>
            </w:tcMar>
            <w:vAlign w:val="center"/>
          </w:tcPr>
          <w:p w14:paraId="0841596A" w14:textId="77777777" w:rsidR="00760AF2" w:rsidRDefault="00760AF2" w:rsidP="00474ABD">
            <w:pPr>
              <w:spacing w:after="0"/>
              <w:rPr>
                <w:rFonts w:hint="eastAsia"/>
              </w:rPr>
            </w:pPr>
            <w:r>
              <w:rPr>
                <w:b/>
                <w:color w:val="17365D"/>
                <w:sz w:val="21"/>
              </w:rPr>
              <w:t>Innovation Development Award</w:t>
            </w:r>
          </w:p>
          <w:p w14:paraId="4E0FFA7E" w14:textId="77777777" w:rsidR="00760AF2" w:rsidRPr="00EC447C" w:rsidRDefault="00760AF2" w:rsidP="00474ABD">
            <w:pPr>
              <w:pStyle w:val="SmallNote"/>
              <w:rPr>
                <w:rFonts w:hint="eastAsia"/>
                <w:sz w:val="20"/>
                <w:szCs w:val="20"/>
              </w:rPr>
            </w:pPr>
            <w:r w:rsidRPr="00EC447C">
              <w:rPr>
                <w:sz w:val="20"/>
                <w:szCs w:val="20"/>
              </w:rPr>
              <w:t>Recognises an individual or team that has developed an innovative solution, process, resource, technology or initiative that improves medical device safety, training or patient outcomes.</w:t>
            </w:r>
          </w:p>
        </w:tc>
      </w:tr>
    </w:tbl>
    <w:p w14:paraId="63AB01F2" w14:textId="77777777" w:rsidR="00760AF2" w:rsidRDefault="00760AF2">
      <w:pPr>
        <w:spacing w:after="20"/>
        <w:rPr>
          <w:rFonts w:hint="eastAsia"/>
        </w:rPr>
      </w:pPr>
    </w:p>
    <w:tbl>
      <w:tblPr>
        <w:tblW w:w="10282" w:type="dxa"/>
        <w:jc w:val="center"/>
        <w:tblBorders>
          <w:top w:val="single" w:sz="5" w:space="0" w:color="D8E0E5"/>
          <w:left w:val="single" w:sz="5" w:space="0" w:color="D8E0E5"/>
          <w:bottom w:val="single" w:sz="5" w:space="0" w:color="D8E0E5"/>
          <w:right w:val="single" w:sz="5" w:space="0" w:color="D8E0E5"/>
          <w:insideH w:val="single" w:sz="5" w:space="0" w:color="D8E0E5"/>
          <w:insideV w:val="single" w:sz="5" w:space="0" w:color="D8E0E5"/>
        </w:tblBorders>
        <w:tblLayout w:type="fixed"/>
        <w:tblLook w:val="04A0" w:firstRow="1" w:lastRow="0" w:firstColumn="1" w:lastColumn="0" w:noHBand="0" w:noVBand="1"/>
      </w:tblPr>
      <w:tblGrid>
        <w:gridCol w:w="1837"/>
        <w:gridCol w:w="8445"/>
      </w:tblGrid>
      <w:tr w:rsidR="0074598F" w14:paraId="1577E461" w14:textId="77777777" w:rsidTr="00EC447C">
        <w:trPr>
          <w:jc w:val="center"/>
        </w:trPr>
        <w:tc>
          <w:tcPr>
            <w:tcW w:w="1837" w:type="dxa"/>
            <w:tcMar>
              <w:top w:w="120" w:type="dxa"/>
              <w:left w:w="140" w:type="dxa"/>
              <w:bottom w:w="120" w:type="dxa"/>
              <w:right w:w="140" w:type="dxa"/>
            </w:tcMar>
            <w:vAlign w:val="center"/>
          </w:tcPr>
          <w:p w14:paraId="5B5C822A" w14:textId="77777777" w:rsidR="0074598F" w:rsidRDefault="00015922">
            <w:pPr>
              <w:spacing w:after="0"/>
              <w:jc w:val="center"/>
              <w:rPr>
                <w:rFonts w:hint="eastAsia"/>
              </w:rPr>
            </w:pPr>
            <w:r>
              <w:rPr>
                <w:b/>
                <w:color w:val="008C95"/>
                <w:sz w:val="32"/>
              </w:rPr>
              <w:t>☐</w:t>
            </w:r>
          </w:p>
        </w:tc>
        <w:tc>
          <w:tcPr>
            <w:tcW w:w="8445" w:type="dxa"/>
            <w:shd w:val="clear" w:color="auto" w:fill="F2F4F7"/>
            <w:tcMar>
              <w:top w:w="120" w:type="dxa"/>
              <w:left w:w="140" w:type="dxa"/>
              <w:bottom w:w="120" w:type="dxa"/>
              <w:right w:w="140" w:type="dxa"/>
            </w:tcMar>
            <w:vAlign w:val="center"/>
          </w:tcPr>
          <w:p w14:paraId="06FA59B5" w14:textId="77777777" w:rsidR="0074598F" w:rsidRDefault="00015922">
            <w:pPr>
              <w:spacing w:after="0"/>
              <w:rPr>
                <w:rFonts w:hint="eastAsia"/>
              </w:rPr>
            </w:pPr>
            <w:r>
              <w:rPr>
                <w:b/>
                <w:color w:val="17365D"/>
                <w:sz w:val="21"/>
              </w:rPr>
              <w:t>Outstanding Contribution Award</w:t>
            </w:r>
          </w:p>
          <w:p w14:paraId="4D501D11" w14:textId="5E7B6ED7" w:rsidR="0074598F" w:rsidRPr="00EC447C" w:rsidRDefault="00015922">
            <w:pPr>
              <w:pStyle w:val="SmallNote"/>
              <w:rPr>
                <w:rFonts w:hint="eastAsia"/>
                <w:sz w:val="20"/>
                <w:szCs w:val="20"/>
              </w:rPr>
            </w:pPr>
            <w:r w:rsidRPr="00EC447C">
              <w:rPr>
                <w:sz w:val="20"/>
                <w:szCs w:val="20"/>
              </w:rPr>
              <w:t>Recognises an individual who has made an exceptional contribution to medical device education, training, patient safety or the wider NAMDET community</w:t>
            </w:r>
            <w:r w:rsidR="00A2276D" w:rsidRPr="00EC447C">
              <w:rPr>
                <w:sz w:val="20"/>
                <w:szCs w:val="20"/>
              </w:rPr>
              <w:t>, over a short term or a long term</w:t>
            </w:r>
            <w:r w:rsidRPr="00EC447C">
              <w:rPr>
                <w:sz w:val="20"/>
                <w:szCs w:val="20"/>
              </w:rPr>
              <w:t>.</w:t>
            </w:r>
          </w:p>
        </w:tc>
      </w:tr>
    </w:tbl>
    <w:p w14:paraId="297579CD" w14:textId="77777777" w:rsidR="0074598F" w:rsidRDefault="00015922">
      <w:pPr>
        <w:pStyle w:val="SectionHeading"/>
        <w:rPr>
          <w:rFonts w:hint="eastAsia"/>
        </w:rPr>
      </w:pPr>
      <w:r>
        <w:t>2  Nominator details</w:t>
      </w:r>
    </w:p>
    <w:tbl>
      <w:tblPr>
        <w:tblW w:w="10282" w:type="dxa"/>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ayout w:type="fixed"/>
        <w:tblLook w:val="04A0" w:firstRow="1" w:lastRow="0" w:firstColumn="1" w:lastColumn="0" w:noHBand="0" w:noVBand="1"/>
      </w:tblPr>
      <w:tblGrid>
        <w:gridCol w:w="2686"/>
        <w:gridCol w:w="7596"/>
      </w:tblGrid>
      <w:tr w:rsidR="0074598F" w14:paraId="0E04EFA8" w14:textId="77777777" w:rsidTr="00760AF2">
        <w:trPr>
          <w:jc w:val="center"/>
        </w:trPr>
        <w:tc>
          <w:tcPr>
            <w:tcW w:w="2686" w:type="dxa"/>
            <w:shd w:val="clear" w:color="auto" w:fill="EAF4F5"/>
            <w:tcMar>
              <w:top w:w="120" w:type="dxa"/>
              <w:left w:w="140" w:type="dxa"/>
              <w:bottom w:w="120" w:type="dxa"/>
              <w:right w:w="140" w:type="dxa"/>
            </w:tcMar>
            <w:vAlign w:val="center"/>
          </w:tcPr>
          <w:p w14:paraId="1ACE812C" w14:textId="77777777" w:rsidR="0074598F" w:rsidRDefault="00015922">
            <w:pPr>
              <w:spacing w:after="0"/>
              <w:rPr>
                <w:rFonts w:hint="eastAsia"/>
              </w:rPr>
            </w:pPr>
            <w:r>
              <w:rPr>
                <w:b/>
                <w:color w:val="17365D"/>
                <w:sz w:val="19"/>
              </w:rPr>
              <w:t>Full name *</w:t>
            </w:r>
          </w:p>
        </w:tc>
        <w:tc>
          <w:tcPr>
            <w:tcW w:w="7596" w:type="dxa"/>
            <w:tcMar>
              <w:top w:w="120" w:type="dxa"/>
              <w:left w:w="140" w:type="dxa"/>
              <w:bottom w:w="120" w:type="dxa"/>
              <w:right w:w="140" w:type="dxa"/>
            </w:tcMar>
            <w:vAlign w:val="center"/>
          </w:tcPr>
          <w:p w14:paraId="7F3E2456" w14:textId="77777777" w:rsidR="0074598F" w:rsidRDefault="0074598F">
            <w:pPr>
              <w:spacing w:after="0"/>
              <w:rPr>
                <w:rFonts w:hint="eastAsia"/>
              </w:rPr>
            </w:pPr>
          </w:p>
        </w:tc>
      </w:tr>
      <w:tr w:rsidR="0074598F" w14:paraId="3B2BC256" w14:textId="77777777" w:rsidTr="00760AF2">
        <w:trPr>
          <w:jc w:val="center"/>
        </w:trPr>
        <w:tc>
          <w:tcPr>
            <w:tcW w:w="2686" w:type="dxa"/>
            <w:shd w:val="clear" w:color="auto" w:fill="EAF4F5"/>
            <w:tcMar>
              <w:top w:w="120" w:type="dxa"/>
              <w:left w:w="140" w:type="dxa"/>
              <w:bottom w:w="120" w:type="dxa"/>
              <w:right w:w="140" w:type="dxa"/>
            </w:tcMar>
            <w:vAlign w:val="center"/>
          </w:tcPr>
          <w:p w14:paraId="0DDFDAA0" w14:textId="77777777" w:rsidR="0074598F" w:rsidRDefault="00015922">
            <w:pPr>
              <w:spacing w:after="0"/>
              <w:rPr>
                <w:rFonts w:hint="eastAsia"/>
              </w:rPr>
            </w:pPr>
            <w:r>
              <w:rPr>
                <w:b/>
                <w:color w:val="17365D"/>
                <w:sz w:val="19"/>
              </w:rPr>
              <w:t>Job title *</w:t>
            </w:r>
          </w:p>
        </w:tc>
        <w:tc>
          <w:tcPr>
            <w:tcW w:w="7596" w:type="dxa"/>
            <w:tcMar>
              <w:top w:w="120" w:type="dxa"/>
              <w:left w:w="140" w:type="dxa"/>
              <w:bottom w:w="120" w:type="dxa"/>
              <w:right w:w="140" w:type="dxa"/>
            </w:tcMar>
            <w:vAlign w:val="center"/>
          </w:tcPr>
          <w:p w14:paraId="5FD2F5C7" w14:textId="77777777" w:rsidR="0074598F" w:rsidRDefault="0074598F">
            <w:pPr>
              <w:spacing w:after="0"/>
              <w:rPr>
                <w:rFonts w:hint="eastAsia"/>
              </w:rPr>
            </w:pPr>
          </w:p>
        </w:tc>
      </w:tr>
      <w:tr w:rsidR="0074598F" w14:paraId="3AB36AE2" w14:textId="77777777" w:rsidTr="00760AF2">
        <w:trPr>
          <w:jc w:val="center"/>
        </w:trPr>
        <w:tc>
          <w:tcPr>
            <w:tcW w:w="2686" w:type="dxa"/>
            <w:shd w:val="clear" w:color="auto" w:fill="EAF4F5"/>
            <w:tcMar>
              <w:top w:w="120" w:type="dxa"/>
              <w:left w:w="140" w:type="dxa"/>
              <w:bottom w:w="120" w:type="dxa"/>
              <w:right w:w="140" w:type="dxa"/>
            </w:tcMar>
            <w:vAlign w:val="center"/>
          </w:tcPr>
          <w:p w14:paraId="4826A5A0" w14:textId="77777777" w:rsidR="0074598F" w:rsidRDefault="00015922">
            <w:pPr>
              <w:spacing w:after="0"/>
              <w:rPr>
                <w:rFonts w:hint="eastAsia"/>
              </w:rPr>
            </w:pPr>
            <w:r>
              <w:rPr>
                <w:b/>
                <w:color w:val="17365D"/>
                <w:sz w:val="19"/>
              </w:rPr>
              <w:t>Organisation *</w:t>
            </w:r>
          </w:p>
        </w:tc>
        <w:tc>
          <w:tcPr>
            <w:tcW w:w="7596" w:type="dxa"/>
            <w:tcMar>
              <w:top w:w="120" w:type="dxa"/>
              <w:left w:w="140" w:type="dxa"/>
              <w:bottom w:w="120" w:type="dxa"/>
              <w:right w:w="140" w:type="dxa"/>
            </w:tcMar>
            <w:vAlign w:val="center"/>
          </w:tcPr>
          <w:p w14:paraId="0DACD6A7" w14:textId="77777777" w:rsidR="0074598F" w:rsidRDefault="0074598F">
            <w:pPr>
              <w:spacing w:after="0"/>
              <w:rPr>
                <w:rFonts w:hint="eastAsia"/>
              </w:rPr>
            </w:pPr>
          </w:p>
        </w:tc>
      </w:tr>
      <w:tr w:rsidR="0074598F" w14:paraId="3C1B5F98" w14:textId="77777777" w:rsidTr="00760AF2">
        <w:trPr>
          <w:jc w:val="center"/>
        </w:trPr>
        <w:tc>
          <w:tcPr>
            <w:tcW w:w="2686" w:type="dxa"/>
            <w:shd w:val="clear" w:color="auto" w:fill="EAF4F5"/>
            <w:tcMar>
              <w:top w:w="120" w:type="dxa"/>
              <w:left w:w="140" w:type="dxa"/>
              <w:bottom w:w="120" w:type="dxa"/>
              <w:right w:w="140" w:type="dxa"/>
            </w:tcMar>
            <w:vAlign w:val="center"/>
          </w:tcPr>
          <w:p w14:paraId="0A5CFC48" w14:textId="77777777" w:rsidR="0074598F" w:rsidRDefault="00015922">
            <w:pPr>
              <w:spacing w:after="0"/>
              <w:rPr>
                <w:rFonts w:hint="eastAsia"/>
              </w:rPr>
            </w:pPr>
            <w:r>
              <w:rPr>
                <w:b/>
                <w:color w:val="17365D"/>
                <w:sz w:val="19"/>
              </w:rPr>
              <w:t>Email address *</w:t>
            </w:r>
          </w:p>
        </w:tc>
        <w:tc>
          <w:tcPr>
            <w:tcW w:w="7596" w:type="dxa"/>
            <w:tcMar>
              <w:top w:w="120" w:type="dxa"/>
              <w:left w:w="140" w:type="dxa"/>
              <w:bottom w:w="120" w:type="dxa"/>
              <w:right w:w="140" w:type="dxa"/>
            </w:tcMar>
            <w:vAlign w:val="center"/>
          </w:tcPr>
          <w:p w14:paraId="2C47086F" w14:textId="77777777" w:rsidR="0074598F" w:rsidRDefault="0074598F">
            <w:pPr>
              <w:spacing w:after="0"/>
              <w:rPr>
                <w:rFonts w:hint="eastAsia"/>
              </w:rPr>
            </w:pPr>
          </w:p>
        </w:tc>
      </w:tr>
      <w:tr w:rsidR="0074598F" w14:paraId="2DEAB4FB" w14:textId="77777777" w:rsidTr="00760AF2">
        <w:trPr>
          <w:jc w:val="center"/>
        </w:trPr>
        <w:tc>
          <w:tcPr>
            <w:tcW w:w="2686" w:type="dxa"/>
            <w:shd w:val="clear" w:color="auto" w:fill="EAF4F5"/>
            <w:tcMar>
              <w:top w:w="120" w:type="dxa"/>
              <w:left w:w="140" w:type="dxa"/>
              <w:bottom w:w="120" w:type="dxa"/>
              <w:right w:w="140" w:type="dxa"/>
            </w:tcMar>
            <w:vAlign w:val="center"/>
          </w:tcPr>
          <w:p w14:paraId="06D7F886" w14:textId="77777777" w:rsidR="0074598F" w:rsidRDefault="00015922">
            <w:pPr>
              <w:spacing w:after="0"/>
              <w:rPr>
                <w:rFonts w:hint="eastAsia"/>
              </w:rPr>
            </w:pPr>
            <w:r>
              <w:rPr>
                <w:b/>
                <w:color w:val="17365D"/>
                <w:sz w:val="19"/>
              </w:rPr>
              <w:t>Telephone number</w:t>
            </w:r>
          </w:p>
        </w:tc>
        <w:tc>
          <w:tcPr>
            <w:tcW w:w="7596" w:type="dxa"/>
            <w:tcMar>
              <w:top w:w="120" w:type="dxa"/>
              <w:left w:w="140" w:type="dxa"/>
              <w:bottom w:w="120" w:type="dxa"/>
              <w:right w:w="140" w:type="dxa"/>
            </w:tcMar>
            <w:vAlign w:val="center"/>
          </w:tcPr>
          <w:p w14:paraId="2665E40E" w14:textId="77777777" w:rsidR="0074598F" w:rsidRDefault="0074598F">
            <w:pPr>
              <w:spacing w:after="0"/>
              <w:rPr>
                <w:rFonts w:hint="eastAsia"/>
              </w:rPr>
            </w:pPr>
          </w:p>
        </w:tc>
      </w:tr>
    </w:tbl>
    <w:p w14:paraId="18FAA525" w14:textId="77777777" w:rsidR="0074598F" w:rsidRDefault="00015922">
      <w:pPr>
        <w:rPr>
          <w:rFonts w:hint="eastAsia"/>
        </w:rPr>
      </w:pPr>
      <w:r>
        <w:rPr>
          <w:b/>
          <w:color w:val="17365D"/>
        </w:rPr>
        <w:t>Relationship to nominee *</w:t>
      </w:r>
    </w:p>
    <w:p w14:paraId="629E3DAA" w14:textId="77777777" w:rsidR="0074598F" w:rsidRDefault="00015922">
      <w:pPr>
        <w:rPr>
          <w:rFonts w:hint="eastAsia"/>
        </w:rPr>
      </w:pPr>
      <w:r>
        <w:t>☐  Colleague    ☐  Manager    ☐  Team member    ☐  Learner    ☐  Self    ☐  Other: __________</w:t>
      </w:r>
    </w:p>
    <w:p w14:paraId="6BB0944F" w14:textId="77777777" w:rsidR="0074598F" w:rsidRDefault="00015922">
      <w:pPr>
        <w:pStyle w:val="SectionHeading"/>
        <w:rPr>
          <w:rFonts w:hint="eastAsia"/>
        </w:rPr>
      </w:pPr>
      <w:r>
        <w:lastRenderedPageBreak/>
        <w:t>3  Nominee details</w:t>
      </w:r>
    </w:p>
    <w:p w14:paraId="70369248" w14:textId="77777777" w:rsidR="0074598F" w:rsidRDefault="00015922">
      <w:pPr>
        <w:pStyle w:val="SmallNote"/>
        <w:rPr>
          <w:rFonts w:hint="eastAsia"/>
        </w:rPr>
      </w:pPr>
      <w:r>
        <w:t>For a team nomination, provide the team name and a lead contact.</w:t>
      </w:r>
    </w:p>
    <w:tbl>
      <w:tblPr>
        <w:tblW w:w="10282" w:type="dxa"/>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ayout w:type="fixed"/>
        <w:tblLook w:val="04A0" w:firstRow="1" w:lastRow="0" w:firstColumn="1" w:lastColumn="0" w:noHBand="0" w:noVBand="1"/>
      </w:tblPr>
      <w:tblGrid>
        <w:gridCol w:w="2827"/>
        <w:gridCol w:w="7455"/>
      </w:tblGrid>
      <w:tr w:rsidR="0074598F" w14:paraId="356292BE" w14:textId="77777777" w:rsidTr="00760AF2">
        <w:trPr>
          <w:jc w:val="center"/>
        </w:trPr>
        <w:tc>
          <w:tcPr>
            <w:tcW w:w="2827" w:type="dxa"/>
            <w:shd w:val="clear" w:color="auto" w:fill="EAF4F5"/>
            <w:tcMar>
              <w:top w:w="120" w:type="dxa"/>
              <w:left w:w="140" w:type="dxa"/>
              <w:bottom w:w="120" w:type="dxa"/>
              <w:right w:w="140" w:type="dxa"/>
            </w:tcMar>
            <w:vAlign w:val="center"/>
          </w:tcPr>
          <w:p w14:paraId="7896D076" w14:textId="77777777" w:rsidR="0074598F" w:rsidRDefault="00015922">
            <w:pPr>
              <w:spacing w:after="0"/>
              <w:rPr>
                <w:rFonts w:hint="eastAsia"/>
              </w:rPr>
            </w:pPr>
            <w:r>
              <w:rPr>
                <w:b/>
                <w:color w:val="17365D"/>
                <w:sz w:val="19"/>
              </w:rPr>
              <w:t>Name of individual or team *</w:t>
            </w:r>
          </w:p>
        </w:tc>
        <w:tc>
          <w:tcPr>
            <w:tcW w:w="7455" w:type="dxa"/>
            <w:tcMar>
              <w:top w:w="120" w:type="dxa"/>
              <w:left w:w="140" w:type="dxa"/>
              <w:bottom w:w="120" w:type="dxa"/>
              <w:right w:w="140" w:type="dxa"/>
            </w:tcMar>
            <w:vAlign w:val="center"/>
          </w:tcPr>
          <w:p w14:paraId="4CC825E5" w14:textId="77777777" w:rsidR="0074598F" w:rsidRDefault="0074598F">
            <w:pPr>
              <w:spacing w:after="0"/>
              <w:rPr>
                <w:rFonts w:hint="eastAsia"/>
              </w:rPr>
            </w:pPr>
          </w:p>
        </w:tc>
      </w:tr>
      <w:tr w:rsidR="0074598F" w14:paraId="71B49779" w14:textId="77777777" w:rsidTr="00760AF2">
        <w:trPr>
          <w:jc w:val="center"/>
        </w:trPr>
        <w:tc>
          <w:tcPr>
            <w:tcW w:w="2827" w:type="dxa"/>
            <w:shd w:val="clear" w:color="auto" w:fill="EAF4F5"/>
            <w:tcMar>
              <w:top w:w="120" w:type="dxa"/>
              <w:left w:w="140" w:type="dxa"/>
              <w:bottom w:w="120" w:type="dxa"/>
              <w:right w:w="140" w:type="dxa"/>
            </w:tcMar>
            <w:vAlign w:val="center"/>
          </w:tcPr>
          <w:p w14:paraId="354FACB7" w14:textId="77777777" w:rsidR="0074598F" w:rsidRDefault="00015922">
            <w:pPr>
              <w:spacing w:after="0"/>
              <w:rPr>
                <w:rFonts w:hint="eastAsia"/>
              </w:rPr>
            </w:pPr>
            <w:r>
              <w:rPr>
                <w:b/>
                <w:color w:val="17365D"/>
                <w:sz w:val="19"/>
              </w:rPr>
              <w:t>Job title / team function</w:t>
            </w:r>
          </w:p>
        </w:tc>
        <w:tc>
          <w:tcPr>
            <w:tcW w:w="7455" w:type="dxa"/>
            <w:tcMar>
              <w:top w:w="120" w:type="dxa"/>
              <w:left w:w="140" w:type="dxa"/>
              <w:bottom w:w="120" w:type="dxa"/>
              <w:right w:w="140" w:type="dxa"/>
            </w:tcMar>
            <w:vAlign w:val="center"/>
          </w:tcPr>
          <w:p w14:paraId="4CA1AE9D" w14:textId="77777777" w:rsidR="0074598F" w:rsidRDefault="0074598F">
            <w:pPr>
              <w:spacing w:after="0"/>
              <w:rPr>
                <w:rFonts w:hint="eastAsia"/>
              </w:rPr>
            </w:pPr>
          </w:p>
        </w:tc>
      </w:tr>
      <w:tr w:rsidR="0074598F" w14:paraId="7B0B2A4E" w14:textId="77777777" w:rsidTr="00760AF2">
        <w:trPr>
          <w:jc w:val="center"/>
        </w:trPr>
        <w:tc>
          <w:tcPr>
            <w:tcW w:w="2827" w:type="dxa"/>
            <w:shd w:val="clear" w:color="auto" w:fill="EAF4F5"/>
            <w:tcMar>
              <w:top w:w="120" w:type="dxa"/>
              <w:left w:w="140" w:type="dxa"/>
              <w:bottom w:w="120" w:type="dxa"/>
              <w:right w:w="140" w:type="dxa"/>
            </w:tcMar>
            <w:vAlign w:val="center"/>
          </w:tcPr>
          <w:p w14:paraId="5355B206" w14:textId="77777777" w:rsidR="0074598F" w:rsidRDefault="00015922">
            <w:pPr>
              <w:spacing w:after="0"/>
              <w:rPr>
                <w:rFonts w:hint="eastAsia"/>
              </w:rPr>
            </w:pPr>
            <w:r>
              <w:rPr>
                <w:b/>
                <w:color w:val="17365D"/>
                <w:sz w:val="19"/>
              </w:rPr>
              <w:t>Organisation *</w:t>
            </w:r>
          </w:p>
        </w:tc>
        <w:tc>
          <w:tcPr>
            <w:tcW w:w="7455" w:type="dxa"/>
            <w:tcMar>
              <w:top w:w="120" w:type="dxa"/>
              <w:left w:w="140" w:type="dxa"/>
              <w:bottom w:w="120" w:type="dxa"/>
              <w:right w:w="140" w:type="dxa"/>
            </w:tcMar>
            <w:vAlign w:val="center"/>
          </w:tcPr>
          <w:p w14:paraId="199B6F57" w14:textId="77777777" w:rsidR="0074598F" w:rsidRDefault="0074598F">
            <w:pPr>
              <w:spacing w:after="0"/>
              <w:rPr>
                <w:rFonts w:hint="eastAsia"/>
              </w:rPr>
            </w:pPr>
          </w:p>
        </w:tc>
      </w:tr>
      <w:tr w:rsidR="0074598F" w14:paraId="1CDE35DD" w14:textId="77777777" w:rsidTr="00760AF2">
        <w:trPr>
          <w:jc w:val="center"/>
        </w:trPr>
        <w:tc>
          <w:tcPr>
            <w:tcW w:w="2827" w:type="dxa"/>
            <w:shd w:val="clear" w:color="auto" w:fill="EAF4F5"/>
            <w:tcMar>
              <w:top w:w="120" w:type="dxa"/>
              <w:left w:w="140" w:type="dxa"/>
              <w:bottom w:w="120" w:type="dxa"/>
              <w:right w:w="140" w:type="dxa"/>
            </w:tcMar>
            <w:vAlign w:val="center"/>
          </w:tcPr>
          <w:p w14:paraId="49537418" w14:textId="77777777" w:rsidR="0074598F" w:rsidRDefault="00015922">
            <w:pPr>
              <w:spacing w:after="0"/>
              <w:rPr>
                <w:rFonts w:hint="eastAsia"/>
              </w:rPr>
            </w:pPr>
            <w:r>
              <w:rPr>
                <w:b/>
                <w:color w:val="17365D"/>
                <w:sz w:val="19"/>
              </w:rPr>
              <w:t>Department / service</w:t>
            </w:r>
          </w:p>
        </w:tc>
        <w:tc>
          <w:tcPr>
            <w:tcW w:w="7455" w:type="dxa"/>
            <w:tcMar>
              <w:top w:w="120" w:type="dxa"/>
              <w:left w:w="140" w:type="dxa"/>
              <w:bottom w:w="120" w:type="dxa"/>
              <w:right w:w="140" w:type="dxa"/>
            </w:tcMar>
            <w:vAlign w:val="center"/>
          </w:tcPr>
          <w:p w14:paraId="21999B0E" w14:textId="77777777" w:rsidR="0074598F" w:rsidRDefault="0074598F">
            <w:pPr>
              <w:spacing w:after="0"/>
              <w:rPr>
                <w:rFonts w:hint="eastAsia"/>
              </w:rPr>
            </w:pPr>
          </w:p>
        </w:tc>
      </w:tr>
      <w:tr w:rsidR="0074598F" w14:paraId="5F4709C7" w14:textId="77777777" w:rsidTr="00760AF2">
        <w:trPr>
          <w:jc w:val="center"/>
        </w:trPr>
        <w:tc>
          <w:tcPr>
            <w:tcW w:w="2827" w:type="dxa"/>
            <w:shd w:val="clear" w:color="auto" w:fill="EAF4F5"/>
            <w:tcMar>
              <w:top w:w="120" w:type="dxa"/>
              <w:left w:w="140" w:type="dxa"/>
              <w:bottom w:w="120" w:type="dxa"/>
              <w:right w:w="140" w:type="dxa"/>
            </w:tcMar>
            <w:vAlign w:val="center"/>
          </w:tcPr>
          <w:p w14:paraId="0D8CB090" w14:textId="77777777" w:rsidR="0074598F" w:rsidRDefault="00015922">
            <w:pPr>
              <w:spacing w:after="0"/>
              <w:rPr>
                <w:rFonts w:hint="eastAsia"/>
              </w:rPr>
            </w:pPr>
            <w:r>
              <w:rPr>
                <w:b/>
                <w:color w:val="17365D"/>
                <w:sz w:val="19"/>
              </w:rPr>
              <w:t>Email address *</w:t>
            </w:r>
          </w:p>
        </w:tc>
        <w:tc>
          <w:tcPr>
            <w:tcW w:w="7455" w:type="dxa"/>
            <w:tcMar>
              <w:top w:w="120" w:type="dxa"/>
              <w:left w:w="140" w:type="dxa"/>
              <w:bottom w:w="120" w:type="dxa"/>
              <w:right w:w="140" w:type="dxa"/>
            </w:tcMar>
            <w:vAlign w:val="center"/>
          </w:tcPr>
          <w:p w14:paraId="695E3C95" w14:textId="77777777" w:rsidR="0074598F" w:rsidRDefault="0074598F">
            <w:pPr>
              <w:spacing w:after="0"/>
              <w:rPr>
                <w:rFonts w:hint="eastAsia"/>
              </w:rPr>
            </w:pPr>
          </w:p>
        </w:tc>
      </w:tr>
      <w:tr w:rsidR="0074598F" w14:paraId="696AAD06" w14:textId="77777777" w:rsidTr="00760AF2">
        <w:trPr>
          <w:jc w:val="center"/>
        </w:trPr>
        <w:tc>
          <w:tcPr>
            <w:tcW w:w="2827" w:type="dxa"/>
            <w:shd w:val="clear" w:color="auto" w:fill="EAF4F5"/>
            <w:tcMar>
              <w:top w:w="120" w:type="dxa"/>
              <w:left w:w="140" w:type="dxa"/>
              <w:bottom w:w="120" w:type="dxa"/>
              <w:right w:w="140" w:type="dxa"/>
            </w:tcMar>
            <w:vAlign w:val="center"/>
          </w:tcPr>
          <w:p w14:paraId="472C2F86" w14:textId="77777777" w:rsidR="0074598F" w:rsidRDefault="00015922">
            <w:pPr>
              <w:spacing w:after="0"/>
              <w:rPr>
                <w:rFonts w:hint="eastAsia"/>
              </w:rPr>
            </w:pPr>
            <w:r>
              <w:rPr>
                <w:b/>
                <w:color w:val="17365D"/>
                <w:sz w:val="19"/>
              </w:rPr>
              <w:t>Telephone number</w:t>
            </w:r>
          </w:p>
        </w:tc>
        <w:tc>
          <w:tcPr>
            <w:tcW w:w="7455" w:type="dxa"/>
            <w:tcMar>
              <w:top w:w="120" w:type="dxa"/>
              <w:left w:w="140" w:type="dxa"/>
              <w:bottom w:w="120" w:type="dxa"/>
              <w:right w:w="140" w:type="dxa"/>
            </w:tcMar>
            <w:vAlign w:val="center"/>
          </w:tcPr>
          <w:p w14:paraId="0527F83B" w14:textId="77777777" w:rsidR="0074598F" w:rsidRDefault="0074598F">
            <w:pPr>
              <w:spacing w:after="0"/>
              <w:rPr>
                <w:rFonts w:hint="eastAsia"/>
              </w:rPr>
            </w:pPr>
          </w:p>
        </w:tc>
      </w:tr>
    </w:tbl>
    <w:p w14:paraId="14CD520F" w14:textId="77777777" w:rsidR="0074598F" w:rsidRDefault="00015922">
      <w:pPr>
        <w:pStyle w:val="SectionHeading"/>
        <w:rPr>
          <w:rFonts w:hint="eastAsia"/>
        </w:rPr>
      </w:pPr>
      <w:r>
        <w:t>4  Nomination summary</w:t>
      </w:r>
    </w:p>
    <w:p w14:paraId="23D1BD87" w14:textId="106AE1CF" w:rsidR="0074598F" w:rsidRDefault="00015922">
      <w:pPr>
        <w:rPr>
          <w:rFonts w:hint="eastAsia"/>
        </w:rPr>
      </w:pPr>
      <w:r>
        <w:rPr>
          <w:b/>
          <w:color w:val="17365D"/>
        </w:rPr>
        <w:t>Summarise why the nominee deserves this award</w:t>
      </w:r>
      <w:r w:rsidR="00EE45C1">
        <w:rPr>
          <w:b/>
          <w:color w:val="17365D"/>
        </w:rPr>
        <w:t>*</w:t>
      </w:r>
      <w:r>
        <w:rPr>
          <w:b/>
          <w:color w:val="17365D"/>
        </w:rPr>
        <w:t>.</w:t>
      </w:r>
      <w:r>
        <w:rPr>
          <w:i/>
          <w:color w:val="5C6770"/>
        </w:rPr>
        <w:t xml:space="preserve">  (maximum 200 words)</w:t>
      </w:r>
    </w:p>
    <w:tbl>
      <w:tblPr>
        <w:tblW w:w="0" w:type="auto"/>
        <w:jc w:val="center"/>
        <w:tblBorders>
          <w:top w:val="single" w:sz="5" w:space="0" w:color="C7D1D9"/>
          <w:left w:val="single" w:sz="5" w:space="0" w:color="C7D1D9"/>
          <w:bottom w:val="single" w:sz="5" w:space="0" w:color="C7D1D9"/>
          <w:right w:val="single" w:sz="5" w:space="0" w:color="C7D1D9"/>
          <w:insideH w:val="single" w:sz="5" w:space="0" w:color="C7D1D9"/>
          <w:insideV w:val="single" w:sz="5" w:space="0" w:color="C7D1D9"/>
        </w:tblBorders>
        <w:tblLook w:val="04A0" w:firstRow="1" w:lastRow="0" w:firstColumn="1" w:lastColumn="0" w:noHBand="0" w:noVBand="1"/>
      </w:tblPr>
      <w:tblGrid>
        <w:gridCol w:w="10270"/>
      </w:tblGrid>
      <w:tr w:rsidR="0074598F" w14:paraId="56032B15" w14:textId="77777777" w:rsidTr="00B632C2">
        <w:trPr>
          <w:jc w:val="center"/>
        </w:trPr>
        <w:tc>
          <w:tcPr>
            <w:tcW w:w="10270" w:type="dxa"/>
            <w:tcMar>
              <w:top w:w="120" w:type="dxa"/>
              <w:left w:w="140" w:type="dxa"/>
              <w:bottom w:w="120" w:type="dxa"/>
              <w:right w:w="140" w:type="dxa"/>
            </w:tcMar>
            <w:vAlign w:val="center"/>
          </w:tcPr>
          <w:p w14:paraId="1BABF9A0" w14:textId="77777777" w:rsidR="0074598F" w:rsidRDefault="00015922">
            <w:pPr>
              <w:spacing w:after="0"/>
              <w:rPr>
                <w:rFonts w:hint="eastAsia"/>
              </w:rPr>
            </w:pPr>
            <w:r>
              <w:t xml:space="preserve"> </w:t>
            </w:r>
          </w:p>
          <w:p w14:paraId="606226BA" w14:textId="77777777" w:rsidR="00B632C2" w:rsidRDefault="00B632C2">
            <w:pPr>
              <w:spacing w:after="0"/>
              <w:rPr>
                <w:rFonts w:hint="eastAsia"/>
              </w:rPr>
            </w:pPr>
          </w:p>
          <w:p w14:paraId="06A2FD76" w14:textId="77777777" w:rsidR="00B632C2" w:rsidRDefault="00B632C2">
            <w:pPr>
              <w:spacing w:after="0"/>
              <w:rPr>
                <w:rFonts w:hint="eastAsia"/>
              </w:rPr>
            </w:pPr>
          </w:p>
          <w:p w14:paraId="439CB5B9" w14:textId="77777777" w:rsidR="00B632C2" w:rsidRDefault="00B632C2">
            <w:pPr>
              <w:spacing w:after="0"/>
              <w:rPr>
                <w:rFonts w:hint="eastAsia"/>
              </w:rPr>
            </w:pPr>
          </w:p>
          <w:p w14:paraId="4E666344" w14:textId="77777777" w:rsidR="00B632C2" w:rsidRDefault="00B632C2">
            <w:pPr>
              <w:spacing w:after="0"/>
              <w:rPr>
                <w:rFonts w:hint="eastAsia"/>
              </w:rPr>
            </w:pPr>
          </w:p>
          <w:p w14:paraId="41C82935" w14:textId="77777777" w:rsidR="00C20369" w:rsidRDefault="00C20369">
            <w:pPr>
              <w:spacing w:after="0"/>
              <w:rPr>
                <w:rFonts w:hint="eastAsia"/>
              </w:rPr>
            </w:pPr>
          </w:p>
          <w:p w14:paraId="0A69E330" w14:textId="77777777" w:rsidR="00C20369" w:rsidRDefault="00C20369">
            <w:pPr>
              <w:spacing w:after="0"/>
              <w:rPr>
                <w:rFonts w:hint="eastAsia"/>
              </w:rPr>
            </w:pPr>
          </w:p>
          <w:p w14:paraId="1DAB1E48" w14:textId="77777777" w:rsidR="00C20369" w:rsidRDefault="00C20369">
            <w:pPr>
              <w:spacing w:after="0"/>
              <w:rPr>
                <w:rFonts w:hint="eastAsia"/>
              </w:rPr>
            </w:pPr>
          </w:p>
          <w:p w14:paraId="1711B95D" w14:textId="77777777" w:rsidR="00B632C2" w:rsidRDefault="00B632C2">
            <w:pPr>
              <w:spacing w:after="0"/>
              <w:rPr>
                <w:rFonts w:hint="eastAsia"/>
              </w:rPr>
            </w:pPr>
          </w:p>
          <w:p w14:paraId="24947010" w14:textId="77777777" w:rsidR="00B632C2" w:rsidRDefault="00B632C2">
            <w:pPr>
              <w:spacing w:after="0"/>
              <w:rPr>
                <w:rFonts w:hint="eastAsia"/>
              </w:rPr>
            </w:pPr>
          </w:p>
          <w:p w14:paraId="05ECAAC2" w14:textId="77777777" w:rsidR="00B01BAD" w:rsidRDefault="00B01BAD">
            <w:pPr>
              <w:spacing w:after="0"/>
              <w:rPr>
                <w:rFonts w:hint="eastAsia"/>
              </w:rPr>
            </w:pPr>
          </w:p>
          <w:p w14:paraId="0DAD5B9E" w14:textId="77777777" w:rsidR="00B01BAD" w:rsidRDefault="00B01BAD">
            <w:pPr>
              <w:spacing w:after="0"/>
              <w:rPr>
                <w:rFonts w:hint="eastAsia"/>
              </w:rPr>
            </w:pPr>
          </w:p>
          <w:p w14:paraId="4060A0BC" w14:textId="4EA9E041" w:rsidR="0011096C" w:rsidRDefault="0011096C">
            <w:pPr>
              <w:spacing w:after="0"/>
              <w:rPr>
                <w:rFonts w:hint="eastAsia"/>
              </w:rPr>
            </w:pPr>
          </w:p>
        </w:tc>
      </w:tr>
    </w:tbl>
    <w:p w14:paraId="5ED73659" w14:textId="77777777" w:rsidR="0074598F" w:rsidRDefault="0074598F">
      <w:pPr>
        <w:spacing w:after="40"/>
        <w:rPr>
          <w:rFonts w:hint="eastAsia"/>
        </w:rPr>
      </w:pPr>
    </w:p>
    <w:p w14:paraId="7C826926" w14:textId="77777777" w:rsidR="0074598F" w:rsidRDefault="00015922">
      <w:pPr>
        <w:pStyle w:val="SectionHeading"/>
        <w:rPr>
          <w:rFonts w:hint="eastAsia"/>
        </w:rPr>
      </w:pPr>
      <w:r>
        <w:t>5  Detailed supporting statement</w:t>
      </w:r>
    </w:p>
    <w:p w14:paraId="5CB7726B" w14:textId="0A4AE120" w:rsidR="005B4A0A" w:rsidRDefault="005B4A0A" w:rsidP="005B4A0A">
      <w:pPr>
        <w:rPr>
          <w:rFonts w:hint="eastAsia"/>
        </w:rPr>
      </w:pPr>
      <w:r>
        <w:rPr>
          <w:rFonts w:hint="eastAsia"/>
        </w:rPr>
        <w:t>Explain how the nominee</w:t>
      </w:r>
      <w:r w:rsidR="00193174">
        <w:t>’</w:t>
      </w:r>
      <w:r>
        <w:rPr>
          <w:rFonts w:hint="eastAsia"/>
        </w:rPr>
        <w:t xml:space="preserve">s contribution links with each of the NAMDET Objectives that </w:t>
      </w:r>
      <w:r w:rsidR="008548DB">
        <w:t>ar</w:t>
      </w:r>
      <w:r w:rsidR="008548DB">
        <w:rPr>
          <w:rFonts w:hint="eastAsia"/>
        </w:rPr>
        <w:t>e</w:t>
      </w:r>
      <w:r>
        <w:rPr>
          <w:rFonts w:hint="eastAsia"/>
        </w:rPr>
        <w:t xml:space="preserve"> relevant to the nomination.  </w:t>
      </w:r>
    </w:p>
    <w:p w14:paraId="0BE55FEF" w14:textId="77777777" w:rsidR="005B4A0A" w:rsidRDefault="005B4A0A" w:rsidP="005B4A0A">
      <w:pPr>
        <w:rPr>
          <w:rFonts w:hint="eastAsia"/>
        </w:rPr>
      </w:pPr>
      <w:r>
        <w:rPr>
          <w:rFonts w:hint="eastAsia"/>
        </w:rPr>
        <w:t>NAMDET Objectives:</w:t>
      </w:r>
    </w:p>
    <w:p w14:paraId="799E03ED" w14:textId="77777777" w:rsidR="005B4A0A" w:rsidRDefault="005B4A0A" w:rsidP="00FB57A4">
      <w:pPr>
        <w:pStyle w:val="ListParagraph"/>
        <w:numPr>
          <w:ilvl w:val="0"/>
          <w:numId w:val="10"/>
        </w:numPr>
        <w:ind w:left="350" w:hanging="350"/>
        <w:rPr>
          <w:rFonts w:hint="eastAsia"/>
        </w:rPr>
      </w:pPr>
      <w:r>
        <w:rPr>
          <w:rFonts w:hint="eastAsia"/>
        </w:rPr>
        <w:t>Status &amp; Standing - Raise the status and standing of Medical Device Trainers and Educators</w:t>
      </w:r>
    </w:p>
    <w:p w14:paraId="3E098C77" w14:textId="77777777" w:rsidR="005B4A0A" w:rsidRDefault="005B4A0A" w:rsidP="00FB57A4">
      <w:pPr>
        <w:pStyle w:val="ListParagraph"/>
        <w:numPr>
          <w:ilvl w:val="0"/>
          <w:numId w:val="10"/>
        </w:numPr>
        <w:ind w:left="350" w:hanging="350"/>
        <w:rPr>
          <w:rFonts w:hint="eastAsia"/>
        </w:rPr>
      </w:pPr>
      <w:r>
        <w:rPr>
          <w:rFonts w:hint="eastAsia"/>
        </w:rPr>
        <w:t>Mutual Support - Provide a forum for mutual support and assistance between members</w:t>
      </w:r>
    </w:p>
    <w:p w14:paraId="0F5E8454" w14:textId="77777777" w:rsidR="005B4A0A" w:rsidRDefault="005B4A0A" w:rsidP="00FB57A4">
      <w:pPr>
        <w:pStyle w:val="ListParagraph"/>
        <w:numPr>
          <w:ilvl w:val="0"/>
          <w:numId w:val="10"/>
        </w:numPr>
        <w:ind w:left="350" w:hanging="350"/>
        <w:rPr>
          <w:rFonts w:hint="eastAsia"/>
        </w:rPr>
      </w:pPr>
      <w:r>
        <w:rPr>
          <w:rFonts w:hint="eastAsia"/>
        </w:rPr>
        <w:t>Represent -Represent the consensus views and opinions of members at regional and national level</w:t>
      </w:r>
    </w:p>
    <w:p w14:paraId="38074EDA" w14:textId="77777777" w:rsidR="005B4A0A" w:rsidRDefault="005B4A0A" w:rsidP="00FB57A4">
      <w:pPr>
        <w:pStyle w:val="ListParagraph"/>
        <w:numPr>
          <w:ilvl w:val="0"/>
          <w:numId w:val="10"/>
        </w:numPr>
        <w:ind w:left="350" w:hanging="350"/>
        <w:rPr>
          <w:rFonts w:hint="eastAsia"/>
        </w:rPr>
      </w:pPr>
      <w:r>
        <w:rPr>
          <w:rFonts w:hint="eastAsia"/>
        </w:rPr>
        <w:t>Inform &amp; Improve - Inform and improve national policy and the regulatory landscape by communicating NAMDET member positions on issues of importance</w:t>
      </w:r>
    </w:p>
    <w:p w14:paraId="2D23C4BF" w14:textId="0B68CDDA" w:rsidR="005B4A0A" w:rsidRDefault="005B4A0A" w:rsidP="005B4A0A">
      <w:pPr>
        <w:pStyle w:val="ListParagraph"/>
        <w:numPr>
          <w:ilvl w:val="0"/>
          <w:numId w:val="10"/>
        </w:numPr>
        <w:ind w:left="350" w:hanging="350"/>
        <w:rPr>
          <w:rFonts w:hint="eastAsia"/>
        </w:rPr>
      </w:pPr>
      <w:r>
        <w:rPr>
          <w:rFonts w:hint="eastAsia"/>
        </w:rPr>
        <w:t>Contribute - Positively contribute to reducing adverse medical device incidents</w:t>
      </w:r>
    </w:p>
    <w:p w14:paraId="3208E266" w14:textId="2EF2A153" w:rsidR="0074598F" w:rsidRDefault="00015922">
      <w:pPr>
        <w:rPr>
          <w:rFonts w:hint="eastAsia"/>
        </w:rPr>
      </w:pPr>
      <w:r>
        <w:t>Provide concise, specific examples. Address the points most relevant to the selected award:</w:t>
      </w:r>
    </w:p>
    <w:p w14:paraId="19E2315B" w14:textId="77777777" w:rsidR="0074598F" w:rsidRDefault="00015922">
      <w:pPr>
        <w:pStyle w:val="ListBullet"/>
        <w:rPr>
          <w:rFonts w:hint="eastAsia"/>
        </w:rPr>
      </w:pPr>
      <w:r>
        <w:t>The achievement, contribution or innovation</w:t>
      </w:r>
    </w:p>
    <w:p w14:paraId="158C42C8" w14:textId="77777777" w:rsidR="0074598F" w:rsidRDefault="00015922">
      <w:pPr>
        <w:pStyle w:val="ListBullet"/>
        <w:rPr>
          <w:rFonts w:hint="eastAsia"/>
        </w:rPr>
      </w:pPr>
      <w:r>
        <w:t>How the nominee exceeded normal expectations</w:t>
      </w:r>
    </w:p>
    <w:p w14:paraId="40EABA83" w14:textId="77777777" w:rsidR="0074598F" w:rsidRDefault="00015922">
      <w:pPr>
        <w:pStyle w:val="ListBullet"/>
        <w:rPr>
          <w:rFonts w:hint="eastAsia"/>
        </w:rPr>
      </w:pPr>
      <w:r>
        <w:t>Benefits for patients, staff, learners, services or organisations</w:t>
      </w:r>
    </w:p>
    <w:p w14:paraId="080214DA" w14:textId="77777777" w:rsidR="0074598F" w:rsidRDefault="00015922">
      <w:pPr>
        <w:pStyle w:val="ListBullet"/>
        <w:rPr>
          <w:rFonts w:hint="eastAsia"/>
        </w:rPr>
      </w:pPr>
      <w:r>
        <w:t>Leadership, collaboration, learning, creativity or wider influence</w:t>
      </w:r>
    </w:p>
    <w:p w14:paraId="52E699D4" w14:textId="77777777" w:rsidR="0074598F" w:rsidRDefault="00015922">
      <w:pPr>
        <w:pStyle w:val="ListBullet"/>
        <w:rPr>
          <w:rFonts w:hint="eastAsia"/>
        </w:rPr>
      </w:pPr>
      <w:r>
        <w:t>How the work supports safer and more effective use of medical devices</w:t>
      </w:r>
    </w:p>
    <w:p w14:paraId="7CA0D5CC" w14:textId="77777777" w:rsidR="00FA0ECD" w:rsidRDefault="00FA0ECD">
      <w:pPr>
        <w:rPr>
          <w:b/>
          <w:color w:val="17365D"/>
        </w:rPr>
      </w:pPr>
    </w:p>
    <w:p w14:paraId="73A8416A" w14:textId="6F6574C6" w:rsidR="0074598F" w:rsidRDefault="00015922">
      <w:pPr>
        <w:rPr>
          <w:rFonts w:hint="eastAsia"/>
        </w:rPr>
      </w:pPr>
      <w:r>
        <w:rPr>
          <w:b/>
          <w:color w:val="17365D"/>
        </w:rPr>
        <w:lastRenderedPageBreak/>
        <w:t>Supporting statement</w:t>
      </w:r>
      <w:r w:rsidR="00EE45C1">
        <w:rPr>
          <w:b/>
          <w:color w:val="17365D"/>
        </w:rPr>
        <w:t>*</w:t>
      </w:r>
      <w:r>
        <w:rPr>
          <w:i/>
          <w:color w:val="5C6770"/>
        </w:rPr>
        <w:t xml:space="preserve">  (maximum 1000 words)</w:t>
      </w:r>
    </w:p>
    <w:tbl>
      <w:tblPr>
        <w:tblW w:w="0" w:type="auto"/>
        <w:jc w:val="center"/>
        <w:tblBorders>
          <w:top w:val="single" w:sz="5" w:space="0" w:color="C7D1D9"/>
          <w:left w:val="single" w:sz="5" w:space="0" w:color="C7D1D9"/>
          <w:bottom w:val="single" w:sz="5" w:space="0" w:color="C7D1D9"/>
          <w:right w:val="single" w:sz="5" w:space="0" w:color="C7D1D9"/>
          <w:insideH w:val="single" w:sz="5" w:space="0" w:color="C7D1D9"/>
          <w:insideV w:val="single" w:sz="5" w:space="0" w:color="C7D1D9"/>
        </w:tblBorders>
        <w:tblLook w:val="04A0" w:firstRow="1" w:lastRow="0" w:firstColumn="1" w:lastColumn="0" w:noHBand="0" w:noVBand="1"/>
      </w:tblPr>
      <w:tblGrid>
        <w:gridCol w:w="10270"/>
      </w:tblGrid>
      <w:tr w:rsidR="0074598F" w14:paraId="425BD11C" w14:textId="77777777" w:rsidTr="00B632C2">
        <w:trPr>
          <w:jc w:val="center"/>
        </w:trPr>
        <w:tc>
          <w:tcPr>
            <w:tcW w:w="10270" w:type="dxa"/>
            <w:tcMar>
              <w:top w:w="120" w:type="dxa"/>
              <w:left w:w="140" w:type="dxa"/>
              <w:bottom w:w="120" w:type="dxa"/>
              <w:right w:w="140" w:type="dxa"/>
            </w:tcMar>
            <w:vAlign w:val="center"/>
          </w:tcPr>
          <w:p w14:paraId="4A0B38E1" w14:textId="77777777" w:rsidR="0074598F" w:rsidRDefault="00015922">
            <w:pPr>
              <w:spacing w:after="0"/>
              <w:rPr>
                <w:rFonts w:hint="eastAsia"/>
              </w:rPr>
            </w:pPr>
            <w:r>
              <w:t xml:space="preserve"> </w:t>
            </w:r>
          </w:p>
          <w:p w14:paraId="18BA78EE" w14:textId="77777777" w:rsidR="00B632C2" w:rsidRDefault="00B632C2">
            <w:pPr>
              <w:spacing w:after="0"/>
              <w:rPr>
                <w:rFonts w:hint="eastAsia"/>
              </w:rPr>
            </w:pPr>
          </w:p>
          <w:p w14:paraId="49064D89" w14:textId="77777777" w:rsidR="00B632C2" w:rsidRDefault="00B632C2">
            <w:pPr>
              <w:spacing w:after="0"/>
              <w:rPr>
                <w:rFonts w:hint="eastAsia"/>
              </w:rPr>
            </w:pPr>
          </w:p>
          <w:p w14:paraId="5D1F25B1" w14:textId="77777777" w:rsidR="00B632C2" w:rsidRDefault="00B632C2">
            <w:pPr>
              <w:spacing w:after="0"/>
              <w:rPr>
                <w:rFonts w:hint="eastAsia"/>
              </w:rPr>
            </w:pPr>
          </w:p>
          <w:p w14:paraId="0A7020B5" w14:textId="77777777" w:rsidR="00B632C2" w:rsidRDefault="00B632C2">
            <w:pPr>
              <w:spacing w:after="0"/>
              <w:rPr>
                <w:rFonts w:hint="eastAsia"/>
              </w:rPr>
            </w:pPr>
          </w:p>
          <w:p w14:paraId="3AD35841" w14:textId="77777777" w:rsidR="00B632C2" w:rsidRDefault="00B632C2">
            <w:pPr>
              <w:spacing w:after="0"/>
              <w:rPr>
                <w:rFonts w:hint="eastAsia"/>
              </w:rPr>
            </w:pPr>
          </w:p>
          <w:p w14:paraId="25490349" w14:textId="77777777" w:rsidR="00B632C2" w:rsidRDefault="00B632C2">
            <w:pPr>
              <w:spacing w:after="0"/>
              <w:rPr>
                <w:rFonts w:hint="eastAsia"/>
              </w:rPr>
            </w:pPr>
          </w:p>
          <w:p w14:paraId="64BB5E4D" w14:textId="77777777" w:rsidR="00B632C2" w:rsidRDefault="00B632C2">
            <w:pPr>
              <w:spacing w:after="0"/>
              <w:rPr>
                <w:rFonts w:hint="eastAsia"/>
              </w:rPr>
            </w:pPr>
          </w:p>
          <w:p w14:paraId="20173868" w14:textId="77777777" w:rsidR="00B632C2" w:rsidRDefault="00B632C2">
            <w:pPr>
              <w:spacing w:after="0"/>
              <w:rPr>
                <w:rFonts w:hint="eastAsia"/>
              </w:rPr>
            </w:pPr>
          </w:p>
          <w:p w14:paraId="4A835313" w14:textId="77777777" w:rsidR="00B632C2" w:rsidRDefault="00B632C2">
            <w:pPr>
              <w:spacing w:after="0"/>
            </w:pPr>
          </w:p>
          <w:p w14:paraId="6CEB7367" w14:textId="77777777" w:rsidR="00FA0ECD" w:rsidRDefault="00FA0ECD">
            <w:pPr>
              <w:spacing w:after="0"/>
            </w:pPr>
          </w:p>
          <w:p w14:paraId="4FD1A4E0" w14:textId="77777777" w:rsidR="00FA0ECD" w:rsidRDefault="00FA0ECD">
            <w:pPr>
              <w:spacing w:after="0"/>
            </w:pPr>
          </w:p>
          <w:p w14:paraId="2BD81A49" w14:textId="77777777" w:rsidR="00FA0ECD" w:rsidRDefault="00FA0ECD">
            <w:pPr>
              <w:spacing w:after="0"/>
            </w:pPr>
          </w:p>
          <w:p w14:paraId="54B9B3B6" w14:textId="77777777" w:rsidR="00FA0ECD" w:rsidRDefault="00FA0ECD">
            <w:pPr>
              <w:spacing w:after="0"/>
            </w:pPr>
          </w:p>
          <w:p w14:paraId="199B3372" w14:textId="77777777" w:rsidR="00FA0ECD" w:rsidRDefault="00FA0ECD">
            <w:pPr>
              <w:spacing w:after="0"/>
              <w:rPr>
                <w:rFonts w:hint="eastAsia"/>
              </w:rPr>
            </w:pPr>
          </w:p>
          <w:p w14:paraId="18E272D3" w14:textId="35DBC0E1" w:rsidR="00B632C2" w:rsidRDefault="00B632C2">
            <w:pPr>
              <w:spacing w:after="0"/>
              <w:rPr>
                <w:rFonts w:hint="eastAsia"/>
              </w:rPr>
            </w:pPr>
          </w:p>
        </w:tc>
      </w:tr>
    </w:tbl>
    <w:p w14:paraId="3253473C" w14:textId="77777777" w:rsidR="0074598F" w:rsidRDefault="0074598F">
      <w:pPr>
        <w:spacing w:after="40"/>
        <w:rPr>
          <w:rFonts w:hint="eastAsia"/>
        </w:rPr>
      </w:pPr>
    </w:p>
    <w:p w14:paraId="3FE09DEA" w14:textId="77777777" w:rsidR="0074598F" w:rsidRDefault="00015922">
      <w:pPr>
        <w:pStyle w:val="SectionHeading"/>
        <w:rPr>
          <w:rFonts w:hint="eastAsia"/>
        </w:rPr>
      </w:pPr>
      <w:r>
        <w:t>6  Evidence of impact</w:t>
      </w:r>
    </w:p>
    <w:p w14:paraId="27170109" w14:textId="084CE588" w:rsidR="0074598F" w:rsidRDefault="00015922">
      <w:pPr>
        <w:rPr>
          <w:rFonts w:hint="eastAsia"/>
        </w:rPr>
      </w:pPr>
      <w:r>
        <w:t>Describe measurable outcomes and explain how the evidence demonstrates impact. Examples may include safety improvements, reduced risk or incidents, increased competence, improved compliance, service improvements, financial benefits, adoption or learner feedback.</w:t>
      </w:r>
    </w:p>
    <w:p w14:paraId="6A1535A1" w14:textId="77777777" w:rsidR="009559B5" w:rsidRPr="00A22533" w:rsidRDefault="009559B5" w:rsidP="009559B5">
      <w:pPr>
        <w:rPr>
          <w:rFonts w:hint="eastAsia"/>
        </w:rPr>
      </w:pPr>
      <w:r w:rsidRPr="00A22533">
        <w:t>Also consider the reach and depth of influence of the work highlighted:</w:t>
      </w:r>
    </w:p>
    <w:p w14:paraId="4AB74CDC" w14:textId="77777777" w:rsidR="009559B5" w:rsidRPr="00A22533" w:rsidRDefault="009559B5" w:rsidP="009559B5">
      <w:pPr>
        <w:pStyle w:val="ListParagraph"/>
        <w:numPr>
          <w:ilvl w:val="0"/>
          <w:numId w:val="11"/>
        </w:numPr>
        <w:ind w:left="336" w:hanging="336"/>
        <w:rPr>
          <w:rFonts w:hint="eastAsia"/>
        </w:rPr>
      </w:pPr>
      <w:r w:rsidRPr="00A22533">
        <w:t>Reach: local, regional, national, international</w:t>
      </w:r>
      <w:r>
        <w:t>.</w:t>
      </w:r>
    </w:p>
    <w:p w14:paraId="2381714A" w14:textId="2185FDF5" w:rsidR="009559B5" w:rsidRDefault="009559B5" w:rsidP="00FB57A4">
      <w:pPr>
        <w:pStyle w:val="ListParagraph"/>
        <w:numPr>
          <w:ilvl w:val="0"/>
          <w:numId w:val="11"/>
        </w:numPr>
        <w:ind w:left="336" w:hanging="336"/>
        <w:rPr>
          <w:rFonts w:hint="eastAsia"/>
        </w:rPr>
      </w:pPr>
      <w:r w:rsidRPr="00A22533">
        <w:t>Depth: Departmental, own professional group, multi-professional groups, NHS / healthcare wide, parliamentary</w:t>
      </w:r>
      <w:r>
        <w:t>.</w:t>
      </w:r>
    </w:p>
    <w:p w14:paraId="388F86BE" w14:textId="223DC113" w:rsidR="0074598F" w:rsidRDefault="00015922">
      <w:pPr>
        <w:rPr>
          <w:rFonts w:hint="eastAsia"/>
        </w:rPr>
      </w:pPr>
      <w:r>
        <w:rPr>
          <w:b/>
          <w:color w:val="17365D"/>
        </w:rPr>
        <w:t>Evidence and outcomes</w:t>
      </w:r>
      <w:r w:rsidR="00EE45C1">
        <w:rPr>
          <w:b/>
          <w:color w:val="17365D"/>
        </w:rPr>
        <w:t>*</w:t>
      </w:r>
      <w:r>
        <w:rPr>
          <w:i/>
          <w:color w:val="5C6770"/>
        </w:rPr>
        <w:t xml:space="preserve">  (maximum 400 words)</w:t>
      </w:r>
    </w:p>
    <w:tbl>
      <w:tblPr>
        <w:tblW w:w="0" w:type="auto"/>
        <w:jc w:val="center"/>
        <w:tblBorders>
          <w:top w:val="single" w:sz="5" w:space="0" w:color="C7D1D9"/>
          <w:left w:val="single" w:sz="5" w:space="0" w:color="C7D1D9"/>
          <w:bottom w:val="single" w:sz="5" w:space="0" w:color="C7D1D9"/>
          <w:right w:val="single" w:sz="5" w:space="0" w:color="C7D1D9"/>
          <w:insideH w:val="single" w:sz="5" w:space="0" w:color="C7D1D9"/>
          <w:insideV w:val="single" w:sz="5" w:space="0" w:color="C7D1D9"/>
        </w:tblBorders>
        <w:tblLook w:val="04A0" w:firstRow="1" w:lastRow="0" w:firstColumn="1" w:lastColumn="0" w:noHBand="0" w:noVBand="1"/>
      </w:tblPr>
      <w:tblGrid>
        <w:gridCol w:w="10270"/>
      </w:tblGrid>
      <w:tr w:rsidR="0074598F" w14:paraId="7473AA86" w14:textId="77777777" w:rsidTr="00B632C2">
        <w:trPr>
          <w:jc w:val="center"/>
        </w:trPr>
        <w:tc>
          <w:tcPr>
            <w:tcW w:w="10270" w:type="dxa"/>
            <w:tcMar>
              <w:top w:w="120" w:type="dxa"/>
              <w:left w:w="140" w:type="dxa"/>
              <w:bottom w:w="120" w:type="dxa"/>
              <w:right w:w="140" w:type="dxa"/>
            </w:tcMar>
            <w:vAlign w:val="center"/>
          </w:tcPr>
          <w:p w14:paraId="3FD04110" w14:textId="77777777" w:rsidR="0074598F" w:rsidRDefault="00015922">
            <w:pPr>
              <w:spacing w:after="0"/>
              <w:rPr>
                <w:rFonts w:hint="eastAsia"/>
              </w:rPr>
            </w:pPr>
            <w:r>
              <w:t xml:space="preserve"> </w:t>
            </w:r>
          </w:p>
          <w:p w14:paraId="0AE8F718" w14:textId="77777777" w:rsidR="00B632C2" w:rsidRDefault="00B632C2">
            <w:pPr>
              <w:spacing w:after="0"/>
              <w:rPr>
                <w:rFonts w:hint="eastAsia"/>
              </w:rPr>
            </w:pPr>
          </w:p>
          <w:p w14:paraId="36CB9576" w14:textId="77777777" w:rsidR="00B632C2" w:rsidRDefault="00B632C2">
            <w:pPr>
              <w:spacing w:after="0"/>
              <w:rPr>
                <w:rFonts w:hint="eastAsia"/>
              </w:rPr>
            </w:pPr>
          </w:p>
          <w:p w14:paraId="7AF4FA2C" w14:textId="77777777" w:rsidR="00B632C2" w:rsidRDefault="00B632C2">
            <w:pPr>
              <w:spacing w:after="0"/>
              <w:rPr>
                <w:rFonts w:hint="eastAsia"/>
              </w:rPr>
            </w:pPr>
          </w:p>
          <w:p w14:paraId="4744DE41" w14:textId="77777777" w:rsidR="00B632C2" w:rsidRDefault="00B632C2">
            <w:pPr>
              <w:spacing w:after="0"/>
              <w:rPr>
                <w:rFonts w:hint="eastAsia"/>
              </w:rPr>
            </w:pPr>
          </w:p>
          <w:p w14:paraId="3D676949" w14:textId="77777777" w:rsidR="00B632C2" w:rsidRDefault="00B632C2">
            <w:pPr>
              <w:spacing w:after="0"/>
              <w:rPr>
                <w:rFonts w:hint="eastAsia"/>
              </w:rPr>
            </w:pPr>
          </w:p>
          <w:p w14:paraId="2A59C833" w14:textId="77777777" w:rsidR="007A329B" w:rsidRDefault="007A329B">
            <w:pPr>
              <w:spacing w:after="0"/>
              <w:rPr>
                <w:rFonts w:hint="eastAsia"/>
              </w:rPr>
            </w:pPr>
          </w:p>
          <w:p w14:paraId="5F1B5D7B" w14:textId="77777777" w:rsidR="00B632C2" w:rsidRDefault="00B632C2">
            <w:pPr>
              <w:spacing w:after="0"/>
              <w:rPr>
                <w:rFonts w:hint="eastAsia"/>
              </w:rPr>
            </w:pPr>
          </w:p>
          <w:p w14:paraId="61C28044" w14:textId="77777777" w:rsidR="00B632C2" w:rsidRDefault="00B632C2">
            <w:pPr>
              <w:spacing w:after="0"/>
              <w:rPr>
                <w:rFonts w:hint="eastAsia"/>
              </w:rPr>
            </w:pPr>
          </w:p>
          <w:p w14:paraId="3B660350" w14:textId="77777777" w:rsidR="00B632C2" w:rsidRDefault="00B632C2">
            <w:pPr>
              <w:spacing w:after="0"/>
              <w:rPr>
                <w:rFonts w:hint="eastAsia"/>
              </w:rPr>
            </w:pPr>
          </w:p>
          <w:p w14:paraId="75310402" w14:textId="7DBF9FE5" w:rsidR="00B632C2" w:rsidRDefault="00B632C2">
            <w:pPr>
              <w:spacing w:after="0"/>
              <w:rPr>
                <w:rFonts w:hint="eastAsia"/>
              </w:rPr>
            </w:pPr>
          </w:p>
        </w:tc>
      </w:tr>
    </w:tbl>
    <w:p w14:paraId="2888A8D3" w14:textId="77777777" w:rsidR="0074598F" w:rsidRDefault="0074598F">
      <w:pPr>
        <w:spacing w:after="40"/>
        <w:rPr>
          <w:rFonts w:hint="eastAsia"/>
        </w:rPr>
      </w:pPr>
    </w:p>
    <w:p w14:paraId="1DC16C0A" w14:textId="77777777" w:rsidR="0074598F" w:rsidRDefault="00015922">
      <w:pPr>
        <w:pStyle w:val="SectionHeading"/>
        <w:rPr>
          <w:rFonts w:hint="eastAsia"/>
        </w:rPr>
      </w:pPr>
      <w:r>
        <w:t>7  Supporting evidence</w:t>
      </w:r>
    </w:p>
    <w:p w14:paraId="205A76C1" w14:textId="1B785230" w:rsidR="0074598F" w:rsidRDefault="00015922">
      <w:pPr>
        <w:rPr>
          <w:rFonts w:hint="eastAsia"/>
        </w:rPr>
      </w:pPr>
      <w:r>
        <w:t>Tick all attachments supplied</w:t>
      </w:r>
      <w:r w:rsidR="00A73D12">
        <w:t>*</w:t>
      </w:r>
      <w:r>
        <w:t>. Do not include confidential patient-identifiable information.</w:t>
      </w:r>
    </w:p>
    <w:tbl>
      <w:tblPr>
        <w:tblW w:w="0" w:type="auto"/>
        <w:jc w:val="center"/>
        <w:tblBorders>
          <w:top w:val="single" w:sz="5" w:space="0" w:color="D8E0E5"/>
          <w:left w:val="single" w:sz="5" w:space="0" w:color="D8E0E5"/>
          <w:bottom w:val="single" w:sz="5" w:space="0" w:color="D8E0E5"/>
          <w:right w:val="single" w:sz="5" w:space="0" w:color="D8E0E5"/>
          <w:insideH w:val="single" w:sz="5" w:space="0" w:color="D8E0E5"/>
          <w:insideV w:val="single" w:sz="5" w:space="0" w:color="D8E0E5"/>
        </w:tblBorders>
        <w:tblLook w:val="04A0" w:firstRow="1" w:lastRow="0" w:firstColumn="1" w:lastColumn="0" w:noHBand="0" w:noVBand="1"/>
      </w:tblPr>
      <w:tblGrid>
        <w:gridCol w:w="3423"/>
        <w:gridCol w:w="3423"/>
        <w:gridCol w:w="3424"/>
      </w:tblGrid>
      <w:tr w:rsidR="0074598F" w14:paraId="22731832" w14:textId="77777777">
        <w:trPr>
          <w:jc w:val="center"/>
        </w:trPr>
        <w:tc>
          <w:tcPr>
            <w:tcW w:w="3427" w:type="dxa"/>
            <w:tcMar>
              <w:top w:w="120" w:type="dxa"/>
              <w:left w:w="140" w:type="dxa"/>
              <w:bottom w:w="120" w:type="dxa"/>
              <w:right w:w="140" w:type="dxa"/>
            </w:tcMar>
            <w:vAlign w:val="center"/>
          </w:tcPr>
          <w:p w14:paraId="498A89A7" w14:textId="77777777" w:rsidR="0074598F" w:rsidRDefault="00015922">
            <w:pPr>
              <w:spacing w:after="0"/>
              <w:rPr>
                <w:rFonts w:hint="eastAsia"/>
              </w:rPr>
            </w:pPr>
            <w:r>
              <w:rPr>
                <w:sz w:val="18"/>
              </w:rPr>
              <w:t>☐  Testimonials</w:t>
            </w:r>
          </w:p>
        </w:tc>
        <w:tc>
          <w:tcPr>
            <w:tcW w:w="3427" w:type="dxa"/>
            <w:tcMar>
              <w:top w:w="120" w:type="dxa"/>
              <w:left w:w="140" w:type="dxa"/>
              <w:bottom w:w="120" w:type="dxa"/>
              <w:right w:w="140" w:type="dxa"/>
            </w:tcMar>
            <w:vAlign w:val="center"/>
          </w:tcPr>
          <w:p w14:paraId="62CFA6B4" w14:textId="77777777" w:rsidR="0074598F" w:rsidRDefault="00015922">
            <w:pPr>
              <w:spacing w:after="0"/>
              <w:rPr>
                <w:rFonts w:hint="eastAsia"/>
              </w:rPr>
            </w:pPr>
            <w:r>
              <w:rPr>
                <w:sz w:val="18"/>
              </w:rPr>
              <w:t>☐  Audit results</w:t>
            </w:r>
          </w:p>
        </w:tc>
        <w:tc>
          <w:tcPr>
            <w:tcW w:w="3427" w:type="dxa"/>
            <w:tcMar>
              <w:top w:w="120" w:type="dxa"/>
              <w:left w:w="140" w:type="dxa"/>
              <w:bottom w:w="120" w:type="dxa"/>
              <w:right w:w="140" w:type="dxa"/>
            </w:tcMar>
            <w:vAlign w:val="center"/>
          </w:tcPr>
          <w:p w14:paraId="533B3BD4" w14:textId="77777777" w:rsidR="0074598F" w:rsidRDefault="00015922">
            <w:pPr>
              <w:spacing w:after="0"/>
              <w:rPr>
                <w:rFonts w:hint="eastAsia"/>
              </w:rPr>
            </w:pPr>
            <w:r>
              <w:rPr>
                <w:sz w:val="18"/>
              </w:rPr>
              <w:t>☐  Training statistics</w:t>
            </w:r>
          </w:p>
        </w:tc>
      </w:tr>
      <w:tr w:rsidR="0074598F" w14:paraId="4E69D469" w14:textId="77777777">
        <w:trPr>
          <w:jc w:val="center"/>
        </w:trPr>
        <w:tc>
          <w:tcPr>
            <w:tcW w:w="3427" w:type="dxa"/>
            <w:tcMar>
              <w:top w:w="120" w:type="dxa"/>
              <w:left w:w="140" w:type="dxa"/>
              <w:bottom w:w="120" w:type="dxa"/>
              <w:right w:w="140" w:type="dxa"/>
            </w:tcMar>
            <w:vAlign w:val="center"/>
          </w:tcPr>
          <w:p w14:paraId="34740A62" w14:textId="77777777" w:rsidR="0074598F" w:rsidRDefault="00015922">
            <w:pPr>
              <w:spacing w:after="0"/>
              <w:rPr>
                <w:rFonts w:hint="eastAsia"/>
              </w:rPr>
            </w:pPr>
            <w:r>
              <w:rPr>
                <w:sz w:val="18"/>
              </w:rPr>
              <w:t>☐  Publications</w:t>
            </w:r>
          </w:p>
        </w:tc>
        <w:tc>
          <w:tcPr>
            <w:tcW w:w="3427" w:type="dxa"/>
            <w:tcMar>
              <w:top w:w="120" w:type="dxa"/>
              <w:left w:w="140" w:type="dxa"/>
              <w:bottom w:w="120" w:type="dxa"/>
              <w:right w:w="140" w:type="dxa"/>
            </w:tcMar>
            <w:vAlign w:val="center"/>
          </w:tcPr>
          <w:p w14:paraId="62BF31BC" w14:textId="77777777" w:rsidR="0074598F" w:rsidRDefault="00015922">
            <w:pPr>
              <w:spacing w:after="0"/>
              <w:rPr>
                <w:rFonts w:hint="eastAsia"/>
              </w:rPr>
            </w:pPr>
            <w:r>
              <w:rPr>
                <w:sz w:val="18"/>
              </w:rPr>
              <w:t>☐  Case study</w:t>
            </w:r>
          </w:p>
        </w:tc>
        <w:tc>
          <w:tcPr>
            <w:tcW w:w="3427" w:type="dxa"/>
            <w:tcMar>
              <w:top w:w="120" w:type="dxa"/>
              <w:left w:w="140" w:type="dxa"/>
              <w:bottom w:w="120" w:type="dxa"/>
              <w:right w:w="140" w:type="dxa"/>
            </w:tcMar>
            <w:vAlign w:val="center"/>
          </w:tcPr>
          <w:p w14:paraId="5BE3D4DC" w14:textId="77777777" w:rsidR="0074598F" w:rsidRDefault="00015922">
            <w:pPr>
              <w:spacing w:after="0"/>
              <w:rPr>
                <w:rFonts w:hint="eastAsia"/>
              </w:rPr>
            </w:pPr>
            <w:r>
              <w:rPr>
                <w:sz w:val="18"/>
              </w:rPr>
              <w:t>☐  Photographs</w:t>
            </w:r>
          </w:p>
        </w:tc>
      </w:tr>
      <w:tr w:rsidR="0074598F" w14:paraId="244E2342" w14:textId="77777777">
        <w:trPr>
          <w:jc w:val="center"/>
        </w:trPr>
        <w:tc>
          <w:tcPr>
            <w:tcW w:w="3427" w:type="dxa"/>
            <w:tcMar>
              <w:top w:w="120" w:type="dxa"/>
              <w:left w:w="140" w:type="dxa"/>
              <w:bottom w:w="120" w:type="dxa"/>
              <w:right w:w="140" w:type="dxa"/>
            </w:tcMar>
            <w:vAlign w:val="center"/>
          </w:tcPr>
          <w:p w14:paraId="4D06ADD7" w14:textId="77777777" w:rsidR="0074598F" w:rsidRDefault="00015922">
            <w:pPr>
              <w:spacing w:after="0"/>
              <w:rPr>
                <w:rFonts w:hint="eastAsia"/>
              </w:rPr>
            </w:pPr>
            <w:r>
              <w:rPr>
                <w:sz w:val="18"/>
              </w:rPr>
              <w:t>☐  Presentations</w:t>
            </w:r>
          </w:p>
        </w:tc>
        <w:tc>
          <w:tcPr>
            <w:tcW w:w="3427" w:type="dxa"/>
            <w:tcMar>
              <w:top w:w="120" w:type="dxa"/>
              <w:left w:w="140" w:type="dxa"/>
              <w:bottom w:w="120" w:type="dxa"/>
              <w:right w:w="140" w:type="dxa"/>
            </w:tcMar>
            <w:vAlign w:val="center"/>
          </w:tcPr>
          <w:p w14:paraId="1447E7F3" w14:textId="77777777" w:rsidR="0074598F" w:rsidRDefault="00015922">
            <w:pPr>
              <w:spacing w:after="0"/>
              <w:rPr>
                <w:rFonts w:hint="eastAsia"/>
              </w:rPr>
            </w:pPr>
            <w:r>
              <w:rPr>
                <w:sz w:val="18"/>
              </w:rPr>
              <w:t>☐  Performance or outcome data</w:t>
            </w:r>
          </w:p>
        </w:tc>
        <w:tc>
          <w:tcPr>
            <w:tcW w:w="3427" w:type="dxa"/>
            <w:tcMar>
              <w:top w:w="120" w:type="dxa"/>
              <w:left w:w="140" w:type="dxa"/>
              <w:bottom w:w="120" w:type="dxa"/>
              <w:right w:w="140" w:type="dxa"/>
            </w:tcMar>
            <w:vAlign w:val="center"/>
          </w:tcPr>
          <w:p w14:paraId="259A1CC3" w14:textId="77777777" w:rsidR="0074598F" w:rsidRDefault="00015922">
            <w:pPr>
              <w:spacing w:after="0"/>
              <w:rPr>
                <w:rFonts w:hint="eastAsia"/>
              </w:rPr>
            </w:pPr>
            <w:r>
              <w:rPr>
                <w:sz w:val="18"/>
              </w:rPr>
              <w:t>☐  Other: __________________</w:t>
            </w:r>
          </w:p>
        </w:tc>
      </w:tr>
    </w:tbl>
    <w:p w14:paraId="64AB5A37" w14:textId="77777777" w:rsidR="0074598F" w:rsidRDefault="00015922">
      <w:pPr>
        <w:pStyle w:val="SectionHeading"/>
        <w:rPr>
          <w:rFonts w:hint="eastAsia"/>
        </w:rPr>
      </w:pPr>
      <w:r>
        <w:lastRenderedPageBreak/>
        <w:t>8  Referee or supporting contact</w:t>
      </w:r>
    </w:p>
    <w:p w14:paraId="1CB0D583" w14:textId="090E5446" w:rsidR="0074598F" w:rsidRDefault="00B57202">
      <w:pPr>
        <w:pStyle w:val="SmallNote"/>
        <w:rPr>
          <w:rFonts w:hint="eastAsia"/>
        </w:rPr>
      </w:pPr>
      <w:r>
        <w:t>Mandatory for self</w:t>
      </w:r>
      <w:r w:rsidR="000A5143">
        <w:t>-nominations, o</w:t>
      </w:r>
      <w:r w:rsidR="00015922">
        <w:t>ptional</w:t>
      </w:r>
      <w:r w:rsidR="000A5143">
        <w:t xml:space="preserve"> otherwise</w:t>
      </w:r>
      <w:r w:rsidR="00015922">
        <w:t>, but recommended where independent verification may assist the judging panel.</w:t>
      </w:r>
    </w:p>
    <w:tbl>
      <w:tblPr>
        <w:tblW w:w="10282" w:type="dxa"/>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ayout w:type="fixed"/>
        <w:tblLook w:val="04A0" w:firstRow="1" w:lastRow="0" w:firstColumn="1" w:lastColumn="0" w:noHBand="0" w:noVBand="1"/>
      </w:tblPr>
      <w:tblGrid>
        <w:gridCol w:w="2260"/>
        <w:gridCol w:w="8022"/>
      </w:tblGrid>
      <w:tr w:rsidR="0074598F" w14:paraId="35E41C56" w14:textId="77777777" w:rsidTr="002B5BDC">
        <w:trPr>
          <w:jc w:val="center"/>
        </w:trPr>
        <w:tc>
          <w:tcPr>
            <w:tcW w:w="2260" w:type="dxa"/>
            <w:shd w:val="clear" w:color="auto" w:fill="EAF4F5"/>
            <w:tcMar>
              <w:top w:w="120" w:type="dxa"/>
              <w:left w:w="140" w:type="dxa"/>
              <w:bottom w:w="120" w:type="dxa"/>
              <w:right w:w="140" w:type="dxa"/>
            </w:tcMar>
            <w:vAlign w:val="center"/>
          </w:tcPr>
          <w:p w14:paraId="46FBBAC9" w14:textId="77777777" w:rsidR="0074598F" w:rsidRDefault="00015922">
            <w:pPr>
              <w:spacing w:after="0"/>
              <w:rPr>
                <w:rFonts w:hint="eastAsia"/>
              </w:rPr>
            </w:pPr>
            <w:r>
              <w:rPr>
                <w:b/>
                <w:color w:val="17365D"/>
                <w:sz w:val="19"/>
              </w:rPr>
              <w:t>Full name</w:t>
            </w:r>
          </w:p>
        </w:tc>
        <w:tc>
          <w:tcPr>
            <w:tcW w:w="8022" w:type="dxa"/>
            <w:tcMar>
              <w:top w:w="120" w:type="dxa"/>
              <w:left w:w="140" w:type="dxa"/>
              <w:bottom w:w="120" w:type="dxa"/>
              <w:right w:w="140" w:type="dxa"/>
            </w:tcMar>
            <w:vAlign w:val="center"/>
          </w:tcPr>
          <w:p w14:paraId="423993B3" w14:textId="77777777" w:rsidR="0074598F" w:rsidRDefault="0074598F">
            <w:pPr>
              <w:spacing w:after="0"/>
              <w:rPr>
                <w:rFonts w:hint="eastAsia"/>
              </w:rPr>
            </w:pPr>
          </w:p>
        </w:tc>
      </w:tr>
      <w:tr w:rsidR="0074598F" w14:paraId="0B45E9A4" w14:textId="77777777" w:rsidTr="002B5BDC">
        <w:trPr>
          <w:jc w:val="center"/>
        </w:trPr>
        <w:tc>
          <w:tcPr>
            <w:tcW w:w="2260" w:type="dxa"/>
            <w:shd w:val="clear" w:color="auto" w:fill="EAF4F5"/>
            <w:tcMar>
              <w:top w:w="120" w:type="dxa"/>
              <w:left w:w="140" w:type="dxa"/>
              <w:bottom w:w="120" w:type="dxa"/>
              <w:right w:w="140" w:type="dxa"/>
            </w:tcMar>
            <w:vAlign w:val="center"/>
          </w:tcPr>
          <w:p w14:paraId="5E49C9D2" w14:textId="77777777" w:rsidR="0074598F" w:rsidRDefault="00015922">
            <w:pPr>
              <w:spacing w:after="0"/>
              <w:rPr>
                <w:rFonts w:hint="eastAsia"/>
              </w:rPr>
            </w:pPr>
            <w:r>
              <w:rPr>
                <w:b/>
                <w:color w:val="17365D"/>
                <w:sz w:val="19"/>
              </w:rPr>
              <w:t>Job title</w:t>
            </w:r>
          </w:p>
        </w:tc>
        <w:tc>
          <w:tcPr>
            <w:tcW w:w="8022" w:type="dxa"/>
            <w:tcMar>
              <w:top w:w="120" w:type="dxa"/>
              <w:left w:w="140" w:type="dxa"/>
              <w:bottom w:w="120" w:type="dxa"/>
              <w:right w:w="140" w:type="dxa"/>
            </w:tcMar>
            <w:vAlign w:val="center"/>
          </w:tcPr>
          <w:p w14:paraId="4FD075D9" w14:textId="77777777" w:rsidR="0074598F" w:rsidRDefault="0074598F">
            <w:pPr>
              <w:spacing w:after="0"/>
              <w:rPr>
                <w:rFonts w:hint="eastAsia"/>
              </w:rPr>
            </w:pPr>
          </w:p>
        </w:tc>
      </w:tr>
      <w:tr w:rsidR="0074598F" w14:paraId="4E6E0232" w14:textId="77777777" w:rsidTr="002B5BDC">
        <w:trPr>
          <w:jc w:val="center"/>
        </w:trPr>
        <w:tc>
          <w:tcPr>
            <w:tcW w:w="2260" w:type="dxa"/>
            <w:shd w:val="clear" w:color="auto" w:fill="EAF4F5"/>
            <w:tcMar>
              <w:top w:w="120" w:type="dxa"/>
              <w:left w:w="140" w:type="dxa"/>
              <w:bottom w:w="120" w:type="dxa"/>
              <w:right w:w="140" w:type="dxa"/>
            </w:tcMar>
            <w:vAlign w:val="center"/>
          </w:tcPr>
          <w:p w14:paraId="4DBC2A61" w14:textId="77777777" w:rsidR="0074598F" w:rsidRDefault="00015922">
            <w:pPr>
              <w:spacing w:after="0"/>
              <w:rPr>
                <w:rFonts w:hint="eastAsia"/>
              </w:rPr>
            </w:pPr>
            <w:r>
              <w:rPr>
                <w:b/>
                <w:color w:val="17365D"/>
                <w:sz w:val="19"/>
              </w:rPr>
              <w:t>Organisation</w:t>
            </w:r>
          </w:p>
        </w:tc>
        <w:tc>
          <w:tcPr>
            <w:tcW w:w="8022" w:type="dxa"/>
            <w:tcMar>
              <w:top w:w="120" w:type="dxa"/>
              <w:left w:w="140" w:type="dxa"/>
              <w:bottom w:w="120" w:type="dxa"/>
              <w:right w:w="140" w:type="dxa"/>
            </w:tcMar>
            <w:vAlign w:val="center"/>
          </w:tcPr>
          <w:p w14:paraId="46B2A4ED" w14:textId="77777777" w:rsidR="0074598F" w:rsidRDefault="0074598F">
            <w:pPr>
              <w:spacing w:after="0"/>
              <w:rPr>
                <w:rFonts w:hint="eastAsia"/>
              </w:rPr>
            </w:pPr>
          </w:p>
        </w:tc>
      </w:tr>
      <w:tr w:rsidR="0074598F" w14:paraId="38CAB273" w14:textId="77777777" w:rsidTr="002B5BDC">
        <w:trPr>
          <w:jc w:val="center"/>
        </w:trPr>
        <w:tc>
          <w:tcPr>
            <w:tcW w:w="2260" w:type="dxa"/>
            <w:shd w:val="clear" w:color="auto" w:fill="EAF4F5"/>
            <w:tcMar>
              <w:top w:w="120" w:type="dxa"/>
              <w:left w:w="140" w:type="dxa"/>
              <w:bottom w:w="120" w:type="dxa"/>
              <w:right w:w="140" w:type="dxa"/>
            </w:tcMar>
            <w:vAlign w:val="center"/>
          </w:tcPr>
          <w:p w14:paraId="41857496" w14:textId="77777777" w:rsidR="0074598F" w:rsidRDefault="00015922">
            <w:pPr>
              <w:spacing w:after="0"/>
              <w:rPr>
                <w:rFonts w:hint="eastAsia"/>
              </w:rPr>
            </w:pPr>
            <w:r>
              <w:rPr>
                <w:b/>
                <w:color w:val="17365D"/>
                <w:sz w:val="19"/>
              </w:rPr>
              <w:t>Email address</w:t>
            </w:r>
          </w:p>
        </w:tc>
        <w:tc>
          <w:tcPr>
            <w:tcW w:w="8022" w:type="dxa"/>
            <w:tcMar>
              <w:top w:w="120" w:type="dxa"/>
              <w:left w:w="140" w:type="dxa"/>
              <w:bottom w:w="120" w:type="dxa"/>
              <w:right w:w="140" w:type="dxa"/>
            </w:tcMar>
            <w:vAlign w:val="center"/>
          </w:tcPr>
          <w:p w14:paraId="37D67170" w14:textId="77777777" w:rsidR="0074598F" w:rsidRDefault="0074598F">
            <w:pPr>
              <w:spacing w:after="0"/>
              <w:rPr>
                <w:rFonts w:hint="eastAsia"/>
              </w:rPr>
            </w:pPr>
          </w:p>
        </w:tc>
      </w:tr>
      <w:tr w:rsidR="0074598F" w14:paraId="694DBC60" w14:textId="77777777" w:rsidTr="002B5BDC">
        <w:trPr>
          <w:jc w:val="center"/>
        </w:trPr>
        <w:tc>
          <w:tcPr>
            <w:tcW w:w="2260" w:type="dxa"/>
            <w:shd w:val="clear" w:color="auto" w:fill="EAF4F5"/>
            <w:tcMar>
              <w:top w:w="120" w:type="dxa"/>
              <w:left w:w="140" w:type="dxa"/>
              <w:bottom w:w="120" w:type="dxa"/>
              <w:right w:w="140" w:type="dxa"/>
            </w:tcMar>
            <w:vAlign w:val="center"/>
          </w:tcPr>
          <w:p w14:paraId="76022A9A" w14:textId="77777777" w:rsidR="0074598F" w:rsidRDefault="00015922">
            <w:pPr>
              <w:spacing w:after="0"/>
              <w:rPr>
                <w:rFonts w:hint="eastAsia"/>
              </w:rPr>
            </w:pPr>
            <w:r>
              <w:rPr>
                <w:b/>
                <w:color w:val="17365D"/>
                <w:sz w:val="19"/>
              </w:rPr>
              <w:t>Telephone number</w:t>
            </w:r>
          </w:p>
        </w:tc>
        <w:tc>
          <w:tcPr>
            <w:tcW w:w="8022" w:type="dxa"/>
            <w:tcMar>
              <w:top w:w="120" w:type="dxa"/>
              <w:left w:w="140" w:type="dxa"/>
              <w:bottom w:w="120" w:type="dxa"/>
              <w:right w:w="140" w:type="dxa"/>
            </w:tcMar>
            <w:vAlign w:val="center"/>
          </w:tcPr>
          <w:p w14:paraId="4C295925" w14:textId="77777777" w:rsidR="0074598F" w:rsidRDefault="0074598F">
            <w:pPr>
              <w:spacing w:after="0"/>
              <w:rPr>
                <w:rFonts w:hint="eastAsia"/>
              </w:rPr>
            </w:pPr>
          </w:p>
        </w:tc>
      </w:tr>
    </w:tbl>
    <w:p w14:paraId="57BA535B" w14:textId="77777777" w:rsidR="00C20369" w:rsidRDefault="00C20369">
      <w:pPr>
        <w:spacing w:after="20"/>
        <w:rPr>
          <w:rFonts w:hint="eastAsia"/>
        </w:rPr>
      </w:pPr>
    </w:p>
    <w:p w14:paraId="59CE8C58" w14:textId="77777777" w:rsidR="0074598F" w:rsidRDefault="00015922">
      <w:pPr>
        <w:pStyle w:val="SectionHeading"/>
        <w:rPr>
          <w:rFonts w:hint="eastAsia"/>
        </w:rPr>
      </w:pPr>
      <w:r>
        <w:t>9  Declaration and consent</w:t>
      </w:r>
    </w:p>
    <w:p w14:paraId="63EAE4AF" w14:textId="77777777" w:rsidR="0074598F" w:rsidRDefault="00015922">
      <w:pPr>
        <w:spacing w:after="80"/>
        <w:rPr>
          <w:rFonts w:hint="eastAsia"/>
        </w:rPr>
      </w:pPr>
      <w:r>
        <w:t>☐  I confirm that the information provided is accurate to the best of my knowledge.</w:t>
      </w:r>
    </w:p>
    <w:p w14:paraId="4553E9D0" w14:textId="77777777" w:rsidR="0074598F" w:rsidRDefault="00015922">
      <w:pPr>
        <w:spacing w:after="80"/>
        <w:rPr>
          <w:rFonts w:hint="eastAsia"/>
        </w:rPr>
      </w:pPr>
      <w:r>
        <w:t>☐  I confirm that the nominee is aware of this nomination, or I authorise NAMDET to contact them.</w:t>
      </w:r>
    </w:p>
    <w:p w14:paraId="3F3D9B0B" w14:textId="77777777" w:rsidR="0074598F" w:rsidRDefault="00015922">
      <w:pPr>
        <w:spacing w:after="80"/>
        <w:rPr>
          <w:rFonts w:hint="eastAsia"/>
        </w:rPr>
      </w:pPr>
      <w:r>
        <w:t>☐  I understand that the judging panel may verify information supplied in this form.</w:t>
      </w:r>
    </w:p>
    <w:p w14:paraId="4F6E560B" w14:textId="6B4D75CA" w:rsidR="000F7147" w:rsidRDefault="000F7147">
      <w:pPr>
        <w:spacing w:after="80"/>
        <w:rPr>
          <w:rFonts w:hint="eastAsia"/>
        </w:rPr>
      </w:pPr>
      <w:r>
        <w:rPr>
          <w:rFonts w:ascii="Segoe UI Symbol" w:hAnsi="Segoe UI Symbol" w:cs="Segoe UI Symbol"/>
        </w:rPr>
        <w:t>☐</w:t>
      </w:r>
      <w:r>
        <w:t xml:space="preserve">  I accept that</w:t>
      </w:r>
      <w:r w:rsidR="001E342D">
        <w:t xml:space="preserve"> decisions made by the judging panel are final.</w:t>
      </w:r>
    </w:p>
    <w:p w14:paraId="3971BD9A" w14:textId="77777777" w:rsidR="0074598F" w:rsidRDefault="00015922">
      <w:pPr>
        <w:spacing w:after="80"/>
        <w:rPr>
          <w:rFonts w:hint="eastAsia"/>
        </w:rPr>
      </w:pPr>
      <w:r>
        <w:t>☐  I consent to NAMDET using the nominee’s name, organisation and approved nomination summary for awards communications if shortlisted or selected.</w:t>
      </w:r>
    </w:p>
    <w:tbl>
      <w:tblPr>
        <w:tblW w:w="10282" w:type="dxa"/>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ayout w:type="fixed"/>
        <w:tblLook w:val="04A0" w:firstRow="1" w:lastRow="0" w:firstColumn="1" w:lastColumn="0" w:noHBand="0" w:noVBand="1"/>
      </w:tblPr>
      <w:tblGrid>
        <w:gridCol w:w="2260"/>
        <w:gridCol w:w="8022"/>
      </w:tblGrid>
      <w:tr w:rsidR="0074598F" w14:paraId="6ACF6724" w14:textId="77777777" w:rsidTr="000467A8">
        <w:trPr>
          <w:jc w:val="center"/>
        </w:trPr>
        <w:tc>
          <w:tcPr>
            <w:tcW w:w="2260" w:type="dxa"/>
            <w:shd w:val="clear" w:color="auto" w:fill="EAF4F5"/>
            <w:tcMar>
              <w:top w:w="120" w:type="dxa"/>
              <w:left w:w="140" w:type="dxa"/>
              <w:bottom w:w="120" w:type="dxa"/>
              <w:right w:w="140" w:type="dxa"/>
            </w:tcMar>
            <w:vAlign w:val="center"/>
          </w:tcPr>
          <w:p w14:paraId="5B839728" w14:textId="77777777" w:rsidR="0074598F" w:rsidRDefault="00015922">
            <w:pPr>
              <w:spacing w:after="0"/>
              <w:rPr>
                <w:rFonts w:hint="eastAsia"/>
              </w:rPr>
            </w:pPr>
            <w:r>
              <w:rPr>
                <w:b/>
                <w:color w:val="17365D"/>
                <w:sz w:val="19"/>
              </w:rPr>
              <w:t>Name *</w:t>
            </w:r>
          </w:p>
        </w:tc>
        <w:tc>
          <w:tcPr>
            <w:tcW w:w="8022" w:type="dxa"/>
            <w:tcMar>
              <w:top w:w="120" w:type="dxa"/>
              <w:left w:w="140" w:type="dxa"/>
              <w:bottom w:w="120" w:type="dxa"/>
              <w:right w:w="140" w:type="dxa"/>
            </w:tcMar>
            <w:vAlign w:val="center"/>
          </w:tcPr>
          <w:p w14:paraId="624ACE0B" w14:textId="77777777" w:rsidR="0074598F" w:rsidRDefault="0074598F">
            <w:pPr>
              <w:spacing w:after="0"/>
              <w:rPr>
                <w:rFonts w:hint="eastAsia"/>
              </w:rPr>
            </w:pPr>
          </w:p>
        </w:tc>
      </w:tr>
      <w:tr w:rsidR="0074598F" w14:paraId="5E4B3C89" w14:textId="77777777" w:rsidTr="000467A8">
        <w:trPr>
          <w:jc w:val="center"/>
        </w:trPr>
        <w:tc>
          <w:tcPr>
            <w:tcW w:w="2260" w:type="dxa"/>
            <w:shd w:val="clear" w:color="auto" w:fill="EAF4F5"/>
            <w:tcMar>
              <w:top w:w="120" w:type="dxa"/>
              <w:left w:w="140" w:type="dxa"/>
              <w:bottom w:w="120" w:type="dxa"/>
              <w:right w:w="140" w:type="dxa"/>
            </w:tcMar>
            <w:vAlign w:val="center"/>
          </w:tcPr>
          <w:p w14:paraId="7F317CB6" w14:textId="77777777" w:rsidR="0074598F" w:rsidRDefault="00015922">
            <w:pPr>
              <w:spacing w:after="0"/>
              <w:rPr>
                <w:rFonts w:hint="eastAsia"/>
              </w:rPr>
            </w:pPr>
            <w:r>
              <w:rPr>
                <w:b/>
                <w:color w:val="17365D"/>
                <w:sz w:val="19"/>
              </w:rPr>
              <w:t>Signature *</w:t>
            </w:r>
          </w:p>
        </w:tc>
        <w:tc>
          <w:tcPr>
            <w:tcW w:w="8022" w:type="dxa"/>
            <w:tcMar>
              <w:top w:w="120" w:type="dxa"/>
              <w:left w:w="140" w:type="dxa"/>
              <w:bottom w:w="120" w:type="dxa"/>
              <w:right w:w="140" w:type="dxa"/>
            </w:tcMar>
            <w:vAlign w:val="center"/>
          </w:tcPr>
          <w:p w14:paraId="288A577E" w14:textId="77777777" w:rsidR="0074598F" w:rsidRDefault="0074598F">
            <w:pPr>
              <w:spacing w:after="0"/>
              <w:rPr>
                <w:rFonts w:hint="eastAsia"/>
              </w:rPr>
            </w:pPr>
          </w:p>
        </w:tc>
      </w:tr>
      <w:tr w:rsidR="0074598F" w14:paraId="432A6B77" w14:textId="77777777" w:rsidTr="000467A8">
        <w:trPr>
          <w:jc w:val="center"/>
        </w:trPr>
        <w:tc>
          <w:tcPr>
            <w:tcW w:w="2260" w:type="dxa"/>
            <w:shd w:val="clear" w:color="auto" w:fill="EAF4F5"/>
            <w:tcMar>
              <w:top w:w="120" w:type="dxa"/>
              <w:left w:w="140" w:type="dxa"/>
              <w:bottom w:w="120" w:type="dxa"/>
              <w:right w:w="140" w:type="dxa"/>
            </w:tcMar>
            <w:vAlign w:val="center"/>
          </w:tcPr>
          <w:p w14:paraId="46588531" w14:textId="77777777" w:rsidR="0074598F" w:rsidRDefault="00015922">
            <w:pPr>
              <w:spacing w:after="0"/>
              <w:rPr>
                <w:rFonts w:hint="eastAsia"/>
              </w:rPr>
            </w:pPr>
            <w:r>
              <w:rPr>
                <w:b/>
                <w:color w:val="17365D"/>
                <w:sz w:val="19"/>
              </w:rPr>
              <w:t>Date *</w:t>
            </w:r>
          </w:p>
        </w:tc>
        <w:tc>
          <w:tcPr>
            <w:tcW w:w="8022" w:type="dxa"/>
            <w:tcMar>
              <w:top w:w="120" w:type="dxa"/>
              <w:left w:w="140" w:type="dxa"/>
              <w:bottom w:w="120" w:type="dxa"/>
              <w:right w:w="140" w:type="dxa"/>
            </w:tcMar>
            <w:vAlign w:val="center"/>
          </w:tcPr>
          <w:p w14:paraId="4CFA8E1A" w14:textId="77777777" w:rsidR="0074598F" w:rsidRDefault="0074598F">
            <w:pPr>
              <w:spacing w:after="0"/>
              <w:rPr>
                <w:rFonts w:hint="eastAsia"/>
              </w:rPr>
            </w:pPr>
          </w:p>
        </w:tc>
      </w:tr>
    </w:tbl>
    <w:p w14:paraId="4D697CE9" w14:textId="77777777" w:rsidR="0074598F" w:rsidRDefault="0074598F">
      <w:pPr>
        <w:spacing w:after="20"/>
        <w:rPr>
          <w:rFonts w:hint="eastAsia"/>
        </w:rPr>
      </w:pPr>
    </w:p>
    <w:p w14:paraId="62E9D7D3" w14:textId="77777777" w:rsidR="0074598F" w:rsidRDefault="00015922">
      <w:pPr>
        <w:pStyle w:val="SectionHeading"/>
        <w:rPr>
          <w:rFonts w:hint="eastAsia"/>
        </w:rPr>
      </w:pPr>
      <w:r>
        <w:t>10  Submission checklist and instructions</w:t>
      </w:r>
    </w:p>
    <w:p w14:paraId="4009AA0C" w14:textId="77777777" w:rsidR="0074598F" w:rsidRDefault="00015922">
      <w:pPr>
        <w:rPr>
          <w:rFonts w:hint="eastAsia"/>
        </w:rPr>
      </w:pPr>
      <w:r>
        <w:t>☐  One award category selected</w:t>
      </w:r>
    </w:p>
    <w:p w14:paraId="4DCD5385" w14:textId="77777777" w:rsidR="0074598F" w:rsidRDefault="00015922">
      <w:pPr>
        <w:rPr>
          <w:rFonts w:hint="eastAsia"/>
        </w:rPr>
      </w:pPr>
      <w:r>
        <w:t>☐  All mandatory fields marked * completed</w:t>
      </w:r>
    </w:p>
    <w:p w14:paraId="5909E1E4" w14:textId="77777777" w:rsidR="0074598F" w:rsidRDefault="00015922">
      <w:pPr>
        <w:rPr>
          <w:rFonts w:hint="eastAsia"/>
        </w:rPr>
      </w:pPr>
      <w:r>
        <w:t>☐  Summary and supporting statement completed</w:t>
      </w:r>
    </w:p>
    <w:p w14:paraId="6B2BDA17" w14:textId="77777777" w:rsidR="0074598F" w:rsidRDefault="00015922">
      <w:pPr>
        <w:rPr>
          <w:rFonts w:hint="eastAsia"/>
        </w:rPr>
      </w:pPr>
      <w:r>
        <w:t>☐  Evidence of impact included</w:t>
      </w:r>
    </w:p>
    <w:p w14:paraId="0C5AA4A3" w14:textId="77777777" w:rsidR="0074598F" w:rsidRDefault="00015922">
      <w:pPr>
        <w:rPr>
          <w:rFonts w:hint="eastAsia"/>
        </w:rPr>
      </w:pPr>
      <w:r>
        <w:t>☐  Relevant supporting documents attached</w:t>
      </w:r>
    </w:p>
    <w:p w14:paraId="0C6AB37F" w14:textId="77777777" w:rsidR="0074598F" w:rsidRDefault="00015922">
      <w:pPr>
        <w:rPr>
          <w:rFonts w:hint="eastAsia"/>
        </w:rPr>
      </w:pPr>
      <w:r>
        <w:t>☐  Declaration signed and dated</w:t>
      </w:r>
    </w:p>
    <w:tbl>
      <w:tblPr>
        <w:tblW w:w="0" w:type="auto"/>
        <w:jc w:val="center"/>
        <w:tblBorders>
          <w:top w:val="single" w:sz="10" w:space="0" w:color="008C95"/>
          <w:left w:val="single" w:sz="10" w:space="0" w:color="008C95"/>
          <w:bottom w:val="single" w:sz="10" w:space="0" w:color="008C95"/>
          <w:right w:val="single" w:sz="10" w:space="0" w:color="008C95"/>
          <w:insideH w:val="single" w:sz="10" w:space="0" w:color="008C95"/>
          <w:insideV w:val="single" w:sz="10" w:space="0" w:color="008C95"/>
        </w:tblBorders>
        <w:tblLook w:val="04A0" w:firstRow="1" w:lastRow="0" w:firstColumn="1" w:lastColumn="0" w:noHBand="0" w:noVBand="1"/>
      </w:tblPr>
      <w:tblGrid>
        <w:gridCol w:w="10256"/>
      </w:tblGrid>
      <w:tr w:rsidR="0074598F" w14:paraId="768B07E3" w14:textId="77777777">
        <w:trPr>
          <w:jc w:val="center"/>
        </w:trPr>
        <w:tc>
          <w:tcPr>
            <w:tcW w:w="10282" w:type="dxa"/>
            <w:shd w:val="clear" w:color="auto" w:fill="EAF4F5"/>
            <w:tcMar>
              <w:top w:w="180" w:type="dxa"/>
              <w:left w:w="220" w:type="dxa"/>
              <w:bottom w:w="180" w:type="dxa"/>
              <w:right w:w="220" w:type="dxa"/>
            </w:tcMar>
          </w:tcPr>
          <w:p w14:paraId="7474BE0A" w14:textId="77777777" w:rsidR="0074598F" w:rsidRDefault="00015922">
            <w:pPr>
              <w:jc w:val="center"/>
              <w:rPr>
                <w:rFonts w:hint="eastAsia"/>
              </w:rPr>
            </w:pPr>
            <w:r>
              <w:rPr>
                <w:b/>
                <w:color w:val="17365D"/>
                <w:sz w:val="26"/>
              </w:rPr>
              <w:t>SUBMIT BY FRIDAY 2 OCTOBER 2026 AT 5.00PM</w:t>
            </w:r>
          </w:p>
          <w:p w14:paraId="3DAB7A99" w14:textId="5CF1368A" w:rsidR="0074598F" w:rsidRDefault="00015922">
            <w:pPr>
              <w:jc w:val="center"/>
              <w:rPr>
                <w:rFonts w:hint="eastAsia"/>
              </w:rPr>
            </w:pPr>
            <w:r>
              <w:rPr>
                <w:sz w:val="19"/>
              </w:rPr>
              <w:t>Send the completed form and any supporting evidence using the submission route published by NAMDET. Winners will be announced at the Awards Night on 11 November 2026</w:t>
            </w:r>
            <w:r w:rsidR="00E62647">
              <w:rPr>
                <w:sz w:val="19"/>
              </w:rPr>
              <w:t xml:space="preserve">, County Hotel, </w:t>
            </w:r>
            <w:r>
              <w:rPr>
                <w:sz w:val="19"/>
              </w:rPr>
              <w:t>in Newcastle upon Tyne.</w:t>
            </w:r>
          </w:p>
        </w:tc>
      </w:tr>
    </w:tbl>
    <w:p w14:paraId="07AF5D98" w14:textId="77777777" w:rsidR="00A04090" w:rsidRDefault="00A04090">
      <w:pPr>
        <w:rPr>
          <w:rFonts w:hint="eastAsia"/>
        </w:rPr>
      </w:pPr>
    </w:p>
    <w:sectPr w:rsidR="00A04090" w:rsidSect="00034616">
      <w:headerReference w:type="default" r:id="rId9"/>
      <w:footerReference w:type="default" r:id="rId10"/>
      <w:pgSz w:w="12240" w:h="15840"/>
      <w:pgMar w:top="792" w:right="979" w:bottom="792" w:left="979"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B4D34" w14:textId="77777777" w:rsidR="00C2550E" w:rsidRDefault="00C2550E">
      <w:pPr>
        <w:spacing w:after="0" w:line="240" w:lineRule="auto"/>
        <w:rPr>
          <w:rFonts w:hint="eastAsia"/>
        </w:rPr>
      </w:pPr>
      <w:r>
        <w:separator/>
      </w:r>
    </w:p>
  </w:endnote>
  <w:endnote w:type="continuationSeparator" w:id="0">
    <w:p w14:paraId="5DBE284B" w14:textId="77777777" w:rsidR="00C2550E" w:rsidRDefault="00C2550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DC9D" w14:textId="77777777" w:rsidR="0074598F" w:rsidRDefault="00015922">
    <w:pPr>
      <w:pStyle w:val="Footer"/>
      <w:jc w:val="center"/>
      <w:rPr>
        <w:rFonts w:hint="eastAsia"/>
      </w:rPr>
    </w:pPr>
    <w:r>
      <w:rPr>
        <w:color w:val="64727A"/>
        <w:sz w:val="15"/>
      </w:rPr>
      <w:t>Recognising excellence in medical device education, training, innovation and patient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78034" w14:textId="77777777" w:rsidR="00C2550E" w:rsidRDefault="00C2550E">
      <w:pPr>
        <w:spacing w:after="0" w:line="240" w:lineRule="auto"/>
        <w:rPr>
          <w:rFonts w:hint="eastAsia"/>
        </w:rPr>
      </w:pPr>
      <w:r>
        <w:separator/>
      </w:r>
    </w:p>
  </w:footnote>
  <w:footnote w:type="continuationSeparator" w:id="0">
    <w:p w14:paraId="48A9EBA9" w14:textId="77777777" w:rsidR="00C2550E" w:rsidRDefault="00C2550E">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1FBD0" w14:textId="77777777" w:rsidR="0074598F" w:rsidRDefault="00015922">
    <w:pPr>
      <w:pStyle w:val="Header"/>
      <w:jc w:val="right"/>
      <w:rPr>
        <w:rFonts w:hint="eastAsia"/>
      </w:rPr>
    </w:pPr>
    <w:r>
      <w:rPr>
        <w:b/>
        <w:color w:val="008C95"/>
        <w:sz w:val="16"/>
      </w:rPr>
      <w:t>NAMDET AWARDS 2026  |  NOMINATION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5905948"/>
    <w:multiLevelType w:val="hybridMultilevel"/>
    <w:tmpl w:val="B3B00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906694"/>
    <w:multiLevelType w:val="hybridMultilevel"/>
    <w:tmpl w:val="0FB6F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922"/>
    <w:rsid w:val="00034616"/>
    <w:rsid w:val="000467A8"/>
    <w:rsid w:val="0006063C"/>
    <w:rsid w:val="000A5143"/>
    <w:rsid w:val="000C0814"/>
    <w:rsid w:val="000D7B80"/>
    <w:rsid w:val="000F7147"/>
    <w:rsid w:val="0011096C"/>
    <w:rsid w:val="0015074B"/>
    <w:rsid w:val="0015789A"/>
    <w:rsid w:val="00191EB7"/>
    <w:rsid w:val="00193174"/>
    <w:rsid w:val="001E342D"/>
    <w:rsid w:val="0029639D"/>
    <w:rsid w:val="002B5BDC"/>
    <w:rsid w:val="00326F90"/>
    <w:rsid w:val="0049660B"/>
    <w:rsid w:val="004D0E15"/>
    <w:rsid w:val="00555A6A"/>
    <w:rsid w:val="005B4A0A"/>
    <w:rsid w:val="006A43E6"/>
    <w:rsid w:val="0074598F"/>
    <w:rsid w:val="00760AF2"/>
    <w:rsid w:val="007A329B"/>
    <w:rsid w:val="00801506"/>
    <w:rsid w:val="008548DB"/>
    <w:rsid w:val="008E18FA"/>
    <w:rsid w:val="00951FEF"/>
    <w:rsid w:val="009559B5"/>
    <w:rsid w:val="00A04090"/>
    <w:rsid w:val="00A22533"/>
    <w:rsid w:val="00A2276D"/>
    <w:rsid w:val="00A73D12"/>
    <w:rsid w:val="00AA0274"/>
    <w:rsid w:val="00AA1D8D"/>
    <w:rsid w:val="00AC5DBD"/>
    <w:rsid w:val="00B01BAD"/>
    <w:rsid w:val="00B03D8C"/>
    <w:rsid w:val="00B47730"/>
    <w:rsid w:val="00B57202"/>
    <w:rsid w:val="00B632C2"/>
    <w:rsid w:val="00B71334"/>
    <w:rsid w:val="00C20369"/>
    <w:rsid w:val="00C23C29"/>
    <w:rsid w:val="00C2550E"/>
    <w:rsid w:val="00CB0664"/>
    <w:rsid w:val="00CC42C0"/>
    <w:rsid w:val="00CD3B4E"/>
    <w:rsid w:val="00CF1A83"/>
    <w:rsid w:val="00D20EEF"/>
    <w:rsid w:val="00E62647"/>
    <w:rsid w:val="00E75B7B"/>
    <w:rsid w:val="00EC447C"/>
    <w:rsid w:val="00EE45C1"/>
    <w:rsid w:val="00F105BF"/>
    <w:rsid w:val="00FA0ECD"/>
    <w:rsid w:val="00FB57A4"/>
    <w:rsid w:val="00FB624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D4F8CD2-7D96-4098-A2A6-E907E25F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B5"/>
    <w:pPr>
      <w:spacing w:after="100" w:line="252" w:lineRule="auto"/>
    </w:pPr>
    <w:rPr>
      <w:rFonts w:ascii="Aptos" w:hAnsi="Aptos"/>
      <w:color w:val="263238"/>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008C95"/>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hd w:val="clear" w:color="auto" w:fill="17365D"/>
      <w:spacing w:before="200" w:after="120"/>
      <w:ind w:left="173" w:right="173"/>
    </w:pPr>
    <w:rPr>
      <w:rFonts w:ascii="Aptos Display" w:hAnsi="Aptos Display"/>
      <w:b/>
      <w:color w:val="FFFFFF"/>
      <w:sz w:val="26"/>
    </w:rPr>
  </w:style>
  <w:style w:type="paragraph" w:customStyle="1" w:styleId="SmallNote">
    <w:name w:val="Small Note"/>
    <w:pPr>
      <w:spacing w:after="100"/>
    </w:pPr>
    <w:rPr>
      <w:rFonts w:ascii="Aptos" w:hAnsi="Aptos"/>
      <w:i/>
      <w:color w:val="5C6770"/>
      <w:sz w:val="17"/>
    </w:rPr>
  </w:style>
  <w:style w:type="paragraph" w:styleId="Revision">
    <w:name w:val="Revision"/>
    <w:hidden/>
    <w:uiPriority w:val="99"/>
    <w:semiHidden/>
    <w:rsid w:val="00AA0274"/>
    <w:pPr>
      <w:spacing w:after="0" w:line="240" w:lineRule="auto"/>
    </w:pPr>
    <w:rPr>
      <w:rFonts w:ascii="Aptos" w:hAnsi="Aptos"/>
      <w:color w:val="263238"/>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NAMDET Awards 2026 Nomination Form</dc:title>
  <dc:subject>Official nomination form</dc:subject>
  <dc:creator>Paul Lee (Swansea Bay UHB - Medical Physics &amp; Clinical Engineering)</dc:creator>
  <cp:keywords>NAMDET, awards, nomination, 2026, medical device education</cp:keywords>
  <dc:description>generated by python-docx</dc:description>
  <cp:lastModifiedBy>Paul Lee (Swansea Bay UHB - Medical Physics &amp; Clinical Engineering)</cp:lastModifiedBy>
  <cp:revision>12</cp:revision>
  <dcterms:created xsi:type="dcterms:W3CDTF">2026-09-16T03:43:00Z</dcterms:created>
  <dcterms:modified xsi:type="dcterms:W3CDTF">2026-09-16T03:50:00Z</dcterms:modified>
  <cp:category/>
</cp:coreProperties>
</file>